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5CB2" w14:textId="77777777" w:rsidR="00827D95" w:rsidRPr="002D5A19" w:rsidRDefault="00C36425">
      <w:pPr>
        <w:pStyle w:val="aa"/>
        <w:jc w:val="center"/>
        <w:rPr>
          <w:sz w:val="28"/>
          <w:szCs w:val="28"/>
          <w:lang w:val="ru-RU"/>
        </w:rPr>
      </w:pPr>
      <w:r w:rsidRPr="002D5A19">
        <w:rPr>
          <w:sz w:val="28"/>
          <w:szCs w:val="28"/>
          <w:lang w:val="ru-RU"/>
        </w:rPr>
        <w:t>САКУРА В ЦВЕТУ — ЮЖНАЯ КОРЕЯ: 8 ДНЕЙ ВДОХНОВЕНИЯ</w:t>
      </w:r>
    </w:p>
    <w:p w14:paraId="652927D8" w14:textId="77777777" w:rsidR="00827D95" w:rsidRPr="002D5A19" w:rsidRDefault="00C36425">
      <w:pPr>
        <w:pStyle w:val="1"/>
        <w:rPr>
          <w:lang w:val="ru-RU"/>
        </w:rPr>
      </w:pPr>
      <w:bookmarkStart w:id="0" w:name="tour_1"/>
      <w:r w:rsidRPr="002D5A19">
        <w:rPr>
          <w:color w:val="1B3A4B"/>
          <w:lang w:val="ru-RU"/>
        </w:rPr>
        <w:t xml:space="preserve">САКУРА В ЦВЕТУ — </w:t>
      </w:r>
      <w:r w:rsidRPr="002D5A19">
        <w:rPr>
          <w:color w:val="1B3A4B"/>
          <w:lang w:val="ru-RU"/>
        </w:rPr>
        <w:t>ЮЖНАЯ КОРЕЯ: 8 ДНЕЙ ВДОХНОВЕНИЯ</w:t>
      </w:r>
      <w:bookmarkEnd w:id="0"/>
    </w:p>
    <w:p w14:paraId="370ED8E6" w14:textId="77777777" w:rsidR="00827D95" w:rsidRPr="002D5A19" w:rsidRDefault="00C36425">
      <w:pPr>
        <w:jc w:val="center"/>
        <w:rPr>
          <w:lang w:val="ru-RU"/>
        </w:rPr>
      </w:pPr>
      <w:r w:rsidRPr="002D5A19">
        <w:rPr>
          <w:sz w:val="24"/>
          <w:lang w:val="ru-RU"/>
        </w:rPr>
        <w:t>Путешествуйте</w:t>
      </w:r>
      <w:r w:rsidRPr="002D5A19">
        <w:rPr>
          <w:sz w:val="24"/>
          <w:lang w:val="ru-RU"/>
        </w:rPr>
        <w:t xml:space="preserve"> по Корее без утренних переездов — экскурсии начинаются там, где вы проснулись, а переезды проходят вечером, в комфортном ритме.</w:t>
      </w:r>
    </w:p>
    <w:p w14:paraId="67A5C756" w14:textId="77777777" w:rsidR="00827D95" w:rsidRPr="002D5A19" w:rsidRDefault="00C36425">
      <w:pPr>
        <w:rPr>
          <w:lang w:val="ru-RU"/>
        </w:rPr>
      </w:pPr>
      <w:r w:rsidRPr="002D5A19">
        <w:rPr>
          <w:b/>
          <w:color w:val="1B3A4B"/>
          <w:lang w:val="ru-RU"/>
        </w:rPr>
        <w:t xml:space="preserve">Даты тура: </w:t>
      </w:r>
      <w:r>
        <w:t>March</w:t>
      </w:r>
      <w:r w:rsidRPr="002D5A19">
        <w:rPr>
          <w:lang w:val="ru-RU"/>
        </w:rPr>
        <w:t xml:space="preserve"> 20, 2027 </w:t>
      </w:r>
      <w:r w:rsidRPr="002D5A19">
        <w:rPr>
          <w:lang w:val="ru-RU"/>
        </w:rPr>
        <w:t xml:space="preserve">~ </w:t>
      </w:r>
      <w:r>
        <w:t>March</w:t>
      </w:r>
      <w:r w:rsidRPr="002D5A19">
        <w:rPr>
          <w:lang w:val="ru-RU"/>
        </w:rPr>
        <w:t xml:space="preserve"> 27, 2027</w:t>
      </w:r>
    </w:p>
    <w:p w14:paraId="5DDD1EC8" w14:textId="77777777" w:rsidR="00827D95" w:rsidRPr="002D5A19" w:rsidRDefault="00C36425">
      <w:pPr>
        <w:rPr>
          <w:lang w:val="ru-RU"/>
        </w:rPr>
      </w:pPr>
      <w:r w:rsidRPr="002D5A19">
        <w:rPr>
          <w:b/>
          <w:color w:val="1B3A4B"/>
          <w:lang w:val="ru-RU"/>
        </w:rPr>
        <w:t>Статус бронирования</w:t>
      </w:r>
      <w:proofErr w:type="gramStart"/>
      <w:r w:rsidRPr="002D5A19">
        <w:rPr>
          <w:b/>
          <w:color w:val="1B3A4B"/>
          <w:lang w:val="ru-RU"/>
        </w:rPr>
        <w:t xml:space="preserve">: </w:t>
      </w:r>
      <w:r w:rsidRPr="002D5A19">
        <w:rPr>
          <w:b/>
          <w:color w:val="4A7C59"/>
          <w:lang w:val="ru-RU"/>
        </w:rPr>
        <w:t>Доступно</w:t>
      </w:r>
      <w:proofErr w:type="gramEnd"/>
      <w:r w:rsidRPr="002D5A19">
        <w:rPr>
          <w:b/>
          <w:color w:val="4A7C59"/>
          <w:lang w:val="ru-RU"/>
        </w:rPr>
        <w:t xml:space="preserve"> для бронирования</w:t>
      </w:r>
    </w:p>
    <w:p w14:paraId="2D59BB3C" w14:textId="77777777" w:rsidR="00827D95" w:rsidRPr="002D5A19" w:rsidRDefault="00C36425">
      <w:pPr>
        <w:pStyle w:val="21"/>
        <w:rPr>
          <w:lang w:val="ru-RU"/>
        </w:rPr>
      </w:pPr>
      <w:r w:rsidRPr="002D5A19">
        <w:rPr>
          <w:lang w:val="ru-RU"/>
        </w:rPr>
        <w:t>Что включено</w:t>
      </w:r>
    </w:p>
    <w:p w14:paraId="6670B972" w14:textId="77777777" w:rsidR="00827D95" w:rsidRDefault="00C36425">
      <w:pPr>
        <w:pStyle w:val="a0"/>
      </w:pPr>
      <w:proofErr w:type="spellStart"/>
      <w:r>
        <w:rPr>
          <w:color w:val="4A7C59"/>
        </w:rPr>
        <w:t>трансферы</w:t>
      </w:r>
      <w:proofErr w:type="spellEnd"/>
      <w:r>
        <w:rPr>
          <w:color w:val="4A7C59"/>
        </w:rPr>
        <w:t xml:space="preserve"> </w:t>
      </w:r>
      <w:proofErr w:type="spellStart"/>
      <w:r>
        <w:rPr>
          <w:color w:val="4A7C59"/>
        </w:rPr>
        <w:t>по</w:t>
      </w:r>
      <w:proofErr w:type="spellEnd"/>
      <w:r>
        <w:rPr>
          <w:color w:val="4A7C59"/>
        </w:rPr>
        <w:t xml:space="preserve"> </w:t>
      </w:r>
      <w:proofErr w:type="spellStart"/>
      <w:r>
        <w:rPr>
          <w:color w:val="4A7C59"/>
        </w:rPr>
        <w:t>программе</w:t>
      </w:r>
      <w:proofErr w:type="spellEnd"/>
    </w:p>
    <w:p w14:paraId="0D8743A7" w14:textId="77777777" w:rsidR="00827D95" w:rsidRPr="002D5A19" w:rsidRDefault="00C36425">
      <w:pPr>
        <w:pStyle w:val="a0"/>
        <w:rPr>
          <w:lang w:val="ru-RU"/>
        </w:rPr>
      </w:pPr>
      <w:r w:rsidRPr="002D5A19">
        <w:rPr>
          <w:color w:val="4A7C59"/>
          <w:lang w:val="ru-RU"/>
        </w:rPr>
        <w:t>завтраки, если выбрано проживание с завтраками</w:t>
      </w:r>
    </w:p>
    <w:p w14:paraId="193B0D1A" w14:textId="77777777" w:rsidR="00827D95" w:rsidRPr="002D5A19" w:rsidRDefault="00C36425">
      <w:pPr>
        <w:pStyle w:val="a0"/>
        <w:rPr>
          <w:lang w:val="ru-RU"/>
        </w:rPr>
      </w:pPr>
      <w:r w:rsidRPr="002D5A19">
        <w:rPr>
          <w:color w:val="4A7C59"/>
          <w:lang w:val="ru-RU"/>
        </w:rPr>
        <w:t>проживание в отеле в выбранной категории номеров</w:t>
      </w:r>
    </w:p>
    <w:p w14:paraId="0972511A" w14:textId="77777777" w:rsidR="00827D95" w:rsidRDefault="00C36425">
      <w:pPr>
        <w:pStyle w:val="a0"/>
      </w:pPr>
      <w:proofErr w:type="spellStart"/>
      <w:r>
        <w:rPr>
          <w:color w:val="4A7C59"/>
        </w:rPr>
        <w:t>питание</w:t>
      </w:r>
      <w:proofErr w:type="spellEnd"/>
      <w:r>
        <w:rPr>
          <w:color w:val="4A7C59"/>
        </w:rPr>
        <w:t xml:space="preserve">, </w:t>
      </w:r>
      <w:proofErr w:type="spellStart"/>
      <w:r>
        <w:rPr>
          <w:color w:val="4A7C59"/>
        </w:rPr>
        <w:t>явно</w:t>
      </w:r>
      <w:proofErr w:type="spellEnd"/>
      <w:r>
        <w:rPr>
          <w:color w:val="4A7C59"/>
        </w:rPr>
        <w:t xml:space="preserve"> </w:t>
      </w:r>
      <w:proofErr w:type="spellStart"/>
      <w:r>
        <w:rPr>
          <w:color w:val="4A7C59"/>
        </w:rPr>
        <w:t>указанное</w:t>
      </w:r>
      <w:proofErr w:type="spellEnd"/>
      <w:r>
        <w:rPr>
          <w:color w:val="4A7C59"/>
        </w:rPr>
        <w:t xml:space="preserve"> в программе</w:t>
      </w:r>
    </w:p>
    <w:p w14:paraId="019DFDD5" w14:textId="77777777" w:rsidR="00827D95" w:rsidRPr="002D5A19" w:rsidRDefault="00C36425">
      <w:pPr>
        <w:pStyle w:val="a0"/>
        <w:rPr>
          <w:lang w:val="ru-RU"/>
        </w:rPr>
      </w:pPr>
      <w:r w:rsidRPr="002D5A19">
        <w:rPr>
          <w:color w:val="4A7C59"/>
          <w:lang w:val="ru-RU"/>
        </w:rPr>
        <w:t xml:space="preserve">экскурсии по программе </w:t>
      </w:r>
      <w:r w:rsidRPr="002D5A19">
        <w:rPr>
          <w:color w:val="4A7C59"/>
          <w:lang w:val="ru-RU"/>
        </w:rPr>
        <w:t>с лицензированным русскоязычным гидом</w:t>
      </w:r>
    </w:p>
    <w:p w14:paraId="251F8E60" w14:textId="77777777" w:rsidR="00827D95" w:rsidRDefault="00C36425">
      <w:pPr>
        <w:pStyle w:val="a0"/>
      </w:pPr>
      <w:proofErr w:type="spellStart"/>
      <w:r>
        <w:rPr>
          <w:color w:val="4A7C59"/>
        </w:rPr>
        <w:t>индивидуальный</w:t>
      </w:r>
      <w:proofErr w:type="spellEnd"/>
      <w:r>
        <w:rPr>
          <w:color w:val="4A7C59"/>
        </w:rPr>
        <w:t xml:space="preserve"> </w:t>
      </w:r>
      <w:proofErr w:type="spellStart"/>
      <w:r>
        <w:rPr>
          <w:color w:val="4A7C59"/>
        </w:rPr>
        <w:t>транспорт</w:t>
      </w:r>
      <w:proofErr w:type="spellEnd"/>
    </w:p>
    <w:p w14:paraId="46A5C2FB" w14:textId="77777777" w:rsidR="00827D95" w:rsidRDefault="00C36425">
      <w:pPr>
        <w:pStyle w:val="a0"/>
      </w:pPr>
      <w:r>
        <w:rPr>
          <w:color w:val="4A7C59"/>
        </w:rPr>
        <w:t>лицензированный гид</w:t>
      </w:r>
    </w:p>
    <w:p w14:paraId="6035EED0" w14:textId="77777777" w:rsidR="00827D95" w:rsidRDefault="00C36425">
      <w:pPr>
        <w:pStyle w:val="a0"/>
      </w:pPr>
      <w:r>
        <w:rPr>
          <w:color w:val="4A7C59"/>
        </w:rPr>
        <w:t>входные билеты по указанной программе</w:t>
      </w:r>
    </w:p>
    <w:p w14:paraId="101778A2" w14:textId="77777777" w:rsidR="00827D95" w:rsidRDefault="00C36425">
      <w:pPr>
        <w:pStyle w:val="21"/>
      </w:pPr>
      <w:r>
        <w:t>Что не включено</w:t>
      </w:r>
    </w:p>
    <w:p w14:paraId="6F7B94DF" w14:textId="77777777" w:rsidR="00827D95" w:rsidRDefault="00C36425">
      <w:pPr>
        <w:pStyle w:val="a0"/>
      </w:pPr>
      <w:r>
        <w:rPr>
          <w:color w:val="555555"/>
        </w:rPr>
        <w:t>авиабилеты</w:t>
      </w:r>
    </w:p>
    <w:p w14:paraId="730B2DCA" w14:textId="77777777" w:rsidR="00827D95" w:rsidRDefault="00C36425">
      <w:pPr>
        <w:pStyle w:val="a0"/>
      </w:pPr>
      <w:r>
        <w:rPr>
          <w:color w:val="555555"/>
        </w:rPr>
        <w:t>медицинская страховка</w:t>
      </w:r>
    </w:p>
    <w:p w14:paraId="0EE8851D" w14:textId="77777777" w:rsidR="00827D95" w:rsidRPr="002D5A19" w:rsidRDefault="00C36425">
      <w:pPr>
        <w:pStyle w:val="a0"/>
        <w:rPr>
          <w:lang w:val="ru-RU"/>
        </w:rPr>
      </w:pPr>
      <w:r w:rsidRPr="002D5A19">
        <w:rPr>
          <w:color w:val="555555"/>
          <w:lang w:val="ru-RU"/>
        </w:rPr>
        <w:t>все личные расходы и прочие расходы, не указанные явно в программе тура</w:t>
      </w:r>
    </w:p>
    <w:p w14:paraId="09475E37" w14:textId="77777777" w:rsidR="00827D95" w:rsidRDefault="00C36425">
      <w:pPr>
        <w:pStyle w:val="a0"/>
      </w:pPr>
      <w:proofErr w:type="spellStart"/>
      <w:r>
        <w:rPr>
          <w:color w:val="555555"/>
        </w:rPr>
        <w:t>питание</w:t>
      </w:r>
      <w:proofErr w:type="spellEnd"/>
      <w:r>
        <w:rPr>
          <w:color w:val="555555"/>
        </w:rPr>
        <w:t xml:space="preserve">, </w:t>
      </w:r>
      <w:proofErr w:type="spellStart"/>
      <w:r>
        <w:rPr>
          <w:color w:val="555555"/>
        </w:rPr>
        <w:t>не</w:t>
      </w:r>
      <w:proofErr w:type="spellEnd"/>
      <w:r>
        <w:rPr>
          <w:color w:val="555555"/>
        </w:rPr>
        <w:t xml:space="preserve"> </w:t>
      </w:r>
      <w:proofErr w:type="spellStart"/>
      <w:r>
        <w:rPr>
          <w:color w:val="555555"/>
        </w:rPr>
        <w:t>указанное</w:t>
      </w:r>
      <w:proofErr w:type="spellEnd"/>
      <w:r>
        <w:rPr>
          <w:color w:val="555555"/>
        </w:rPr>
        <w:t xml:space="preserve"> в программе</w:t>
      </w:r>
    </w:p>
    <w:p w14:paraId="11F60BB2" w14:textId="77777777" w:rsidR="00827D95" w:rsidRDefault="00827D95"/>
    <w:p w14:paraId="272B697B" w14:textId="77777777" w:rsidR="00827D95" w:rsidRDefault="00C36425">
      <w:pPr>
        <w:pStyle w:val="21"/>
      </w:pPr>
      <w:r>
        <w:t>Условия тура</w:t>
      </w:r>
    </w:p>
    <w:p w14:paraId="477A67E7" w14:textId="77777777" w:rsidR="00827D95" w:rsidRDefault="00C36425">
      <w:r>
        <w:rPr>
          <w:b/>
          <w:color w:val="1B3A4B"/>
        </w:rPr>
        <w:t xml:space="preserve">Уровень физической подготовки: </w:t>
      </w:r>
      <w:r>
        <w:t>Средний</w:t>
      </w:r>
    </w:p>
    <w:p w14:paraId="39555556" w14:textId="77777777" w:rsidR="00827D95" w:rsidRPr="002D5A19" w:rsidRDefault="00C36425">
      <w:pPr>
        <w:pStyle w:val="21"/>
        <w:rPr>
          <w:lang w:val="ru-RU"/>
        </w:rPr>
      </w:pPr>
      <w:bookmarkStart w:id="1" w:name="tour_1_prices"/>
      <w:r w:rsidRPr="002D5A19">
        <w:rPr>
          <w:lang w:val="ru-RU"/>
        </w:rPr>
        <w:t>Цены</w:t>
      </w:r>
      <w:bookmarkEnd w:id="1"/>
    </w:p>
    <w:p w14:paraId="19B7A713" w14:textId="77777777" w:rsidR="00827D95" w:rsidRPr="002D5A19" w:rsidRDefault="00C36425">
      <w:pPr>
        <w:keepNext/>
        <w:rPr>
          <w:lang w:val="ru-RU"/>
        </w:rPr>
      </w:pPr>
      <w:r w:rsidRPr="002D5A19">
        <w:rPr>
          <w:color w:val="555555"/>
          <w:sz w:val="18"/>
          <w:lang w:val="ru-RU"/>
        </w:rPr>
        <w:t>ℹ</w:t>
      </w:r>
      <w:r>
        <w:rPr>
          <w:color w:val="555555"/>
          <w:sz w:val="18"/>
        </w:rPr>
        <w:t>️</w:t>
      </w:r>
      <w:r w:rsidRPr="002D5A19">
        <w:rPr>
          <w:color w:val="555555"/>
          <w:sz w:val="18"/>
          <w:lang w:val="ru-RU"/>
        </w:rPr>
        <w:t xml:space="preserve"> Указанные цены за человека. '1 </w:t>
      </w:r>
      <w:r>
        <w:rPr>
          <w:color w:val="555555"/>
          <w:sz w:val="18"/>
        </w:rPr>
        <w:t>pax</w:t>
      </w:r>
      <w:r w:rsidRPr="002D5A19">
        <w:rPr>
          <w:color w:val="555555"/>
          <w:sz w:val="18"/>
          <w:lang w:val="ru-RU"/>
        </w:rPr>
        <w:t>' означ</w:t>
      </w:r>
      <w:r w:rsidRPr="002D5A19">
        <w:rPr>
          <w:color w:val="555555"/>
          <w:sz w:val="18"/>
          <w:lang w:val="ru-RU"/>
        </w:rPr>
        <w:t xml:space="preserve">ает одноместное размещение (1 человек в номере), '2 </w:t>
      </w:r>
      <w:r>
        <w:rPr>
          <w:color w:val="555555"/>
          <w:sz w:val="18"/>
        </w:rPr>
        <w:t>pax</w:t>
      </w:r>
      <w:r w:rsidRPr="002D5A19">
        <w:rPr>
          <w:color w:val="555555"/>
          <w:sz w:val="18"/>
          <w:lang w:val="ru-RU"/>
        </w:rPr>
        <w:t xml:space="preserve">' означает двухместное размещение (2 человека в номере), '3 </w:t>
      </w:r>
      <w:r>
        <w:rPr>
          <w:color w:val="555555"/>
          <w:sz w:val="18"/>
        </w:rPr>
        <w:t>pax</w:t>
      </w:r>
      <w:r w:rsidRPr="002D5A19">
        <w:rPr>
          <w:color w:val="555555"/>
          <w:sz w:val="18"/>
          <w:lang w:val="ru-RU"/>
        </w:rPr>
        <w:t>' означает трехместное размещение (3 человека в номере).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60"/>
        <w:gridCol w:w="3360"/>
      </w:tblGrid>
      <w:tr w:rsidR="002D5A19" w14:paraId="605BC51F" w14:textId="77777777">
        <w:tc>
          <w:tcPr>
            <w:tcW w:w="3360" w:type="dxa"/>
          </w:tcPr>
          <w:p w14:paraId="35914DC8" w14:textId="77777777" w:rsidR="002D5A19" w:rsidRDefault="002D5A19">
            <w:proofErr w:type="spellStart"/>
            <w:r>
              <w:rPr>
                <w:b/>
                <w:color w:val="1B3A4B"/>
              </w:rPr>
              <w:t>человек</w:t>
            </w:r>
            <w:proofErr w:type="spellEnd"/>
            <w:r>
              <w:rPr>
                <w:b/>
                <w:color w:val="1B3A4B"/>
              </w:rPr>
              <w:t xml:space="preserve"> в </w:t>
            </w:r>
            <w:proofErr w:type="spellStart"/>
            <w:r>
              <w:rPr>
                <w:b/>
                <w:color w:val="1B3A4B"/>
              </w:rPr>
              <w:t>номере</w:t>
            </w:r>
            <w:proofErr w:type="spellEnd"/>
          </w:p>
        </w:tc>
        <w:tc>
          <w:tcPr>
            <w:tcW w:w="3360" w:type="dxa"/>
          </w:tcPr>
          <w:p w14:paraId="1D585258" w14:textId="678B534F" w:rsidR="002D5A19" w:rsidRDefault="002D5A19">
            <w:proofErr w:type="spellStart"/>
            <w:r>
              <w:rPr>
                <w:b/>
                <w:color w:val="1B3A4B"/>
              </w:rPr>
              <w:t>Цена</w:t>
            </w:r>
            <w:proofErr w:type="spellEnd"/>
            <w:r>
              <w:rPr>
                <w:b/>
                <w:color w:val="1B3A4B"/>
              </w:rPr>
              <w:t xml:space="preserve"> </w:t>
            </w:r>
          </w:p>
        </w:tc>
      </w:tr>
      <w:tr w:rsidR="002D5A19" w14:paraId="73BF9F5E" w14:textId="77777777">
        <w:tc>
          <w:tcPr>
            <w:tcW w:w="3360" w:type="dxa"/>
          </w:tcPr>
          <w:p w14:paraId="3BA61738" w14:textId="77777777" w:rsidR="002D5A19" w:rsidRDefault="002D5A19">
            <w:r>
              <w:t xml:space="preserve">1 </w:t>
            </w:r>
            <w:proofErr w:type="spellStart"/>
            <w:r>
              <w:t>чел</w:t>
            </w:r>
            <w:proofErr w:type="spellEnd"/>
            <w:r>
              <w:t>.</w:t>
            </w:r>
          </w:p>
        </w:tc>
        <w:tc>
          <w:tcPr>
            <w:tcW w:w="3360" w:type="dxa"/>
          </w:tcPr>
          <w:p w14:paraId="36A1AEE7" w14:textId="77777777" w:rsidR="002D5A19" w:rsidRDefault="002D5A19">
            <w:r>
              <w:t>$2,100.00</w:t>
            </w:r>
          </w:p>
        </w:tc>
      </w:tr>
      <w:tr w:rsidR="002D5A19" w14:paraId="6BE5852A" w14:textId="77777777">
        <w:tc>
          <w:tcPr>
            <w:tcW w:w="3360" w:type="dxa"/>
          </w:tcPr>
          <w:p w14:paraId="1951D5FB" w14:textId="77777777" w:rsidR="002D5A19" w:rsidRDefault="002D5A19">
            <w:r>
              <w:t>2 чел.</w:t>
            </w:r>
          </w:p>
        </w:tc>
        <w:tc>
          <w:tcPr>
            <w:tcW w:w="3360" w:type="dxa"/>
          </w:tcPr>
          <w:p w14:paraId="2E5AC933" w14:textId="77777777" w:rsidR="002D5A19" w:rsidRDefault="002D5A19">
            <w:r>
              <w:t>$1,570.00</w:t>
            </w:r>
          </w:p>
        </w:tc>
      </w:tr>
      <w:tr w:rsidR="002D5A19" w14:paraId="74F06513" w14:textId="77777777">
        <w:tc>
          <w:tcPr>
            <w:tcW w:w="3360" w:type="dxa"/>
          </w:tcPr>
          <w:p w14:paraId="5F327BB7" w14:textId="77777777" w:rsidR="002D5A19" w:rsidRDefault="002D5A19">
            <w:r>
              <w:t>3 чел.</w:t>
            </w:r>
          </w:p>
        </w:tc>
        <w:tc>
          <w:tcPr>
            <w:tcW w:w="3360" w:type="dxa"/>
          </w:tcPr>
          <w:p w14:paraId="3DF1810B" w14:textId="77777777" w:rsidR="002D5A19" w:rsidRDefault="002D5A19">
            <w:r>
              <w:t>$1,530.00</w:t>
            </w:r>
          </w:p>
        </w:tc>
      </w:tr>
    </w:tbl>
    <w:p w14:paraId="45628130" w14:textId="77777777" w:rsidR="00827D95" w:rsidRDefault="00827D95"/>
    <w:p w14:paraId="4E138F24" w14:textId="77777777" w:rsidR="00827D95" w:rsidRDefault="00C36425">
      <w:pPr>
        <w:pStyle w:val="31"/>
      </w:pPr>
      <w:proofErr w:type="spellStart"/>
      <w:r>
        <w:t>Важные</w:t>
      </w:r>
      <w:proofErr w:type="spellEnd"/>
      <w:r>
        <w:t xml:space="preserve"> </w:t>
      </w:r>
      <w:proofErr w:type="spellStart"/>
      <w:r>
        <w:t>уведомления</w:t>
      </w:r>
      <w:proofErr w:type="spellEnd"/>
    </w:p>
    <w:p w14:paraId="5F673A15" w14:textId="77777777" w:rsidR="00827D95" w:rsidRPr="002D5A19" w:rsidRDefault="00C36425">
      <w:pPr>
        <w:rPr>
          <w:lang w:val="ru-RU"/>
        </w:rPr>
      </w:pPr>
      <w:r w:rsidRPr="002D5A19">
        <w:rPr>
          <w:color w:val="555555"/>
          <w:lang w:val="ru-RU"/>
        </w:rPr>
        <w:t>Обратите внимание, что некоторые отели, включенные в пакетные туры, могут быть заменены без предварительного предупреждения.</w:t>
      </w:r>
    </w:p>
    <w:p w14:paraId="162C27F3" w14:textId="77777777" w:rsidR="00827D95" w:rsidRPr="002D5A19" w:rsidRDefault="00C36425">
      <w:pPr>
        <w:rPr>
          <w:lang w:val="ru-RU"/>
        </w:rPr>
      </w:pPr>
      <w:r w:rsidRPr="002D5A19">
        <w:rPr>
          <w:color w:val="555555"/>
          <w:lang w:val="ru-RU"/>
        </w:rPr>
        <w:t>Окончательная конфигурация номера определ</w:t>
      </w:r>
      <w:r w:rsidRPr="002D5A19">
        <w:rPr>
          <w:color w:val="555555"/>
          <w:lang w:val="ru-RU"/>
        </w:rPr>
        <w:t>яется отелем; возможна замена на равнозначный тип номера без предварительного уведомления. Гарантируется наличие достаточного количества спальных мест; конкретная конфигурация кроватей не гарантируется.</w:t>
      </w:r>
    </w:p>
    <w:p w14:paraId="37055378" w14:textId="77777777" w:rsidR="00827D95" w:rsidRPr="002D5A19" w:rsidRDefault="00827D95">
      <w:pPr>
        <w:rPr>
          <w:lang w:val="ru-RU"/>
        </w:rPr>
      </w:pPr>
    </w:p>
    <w:p w14:paraId="625FF34A" w14:textId="77777777" w:rsidR="00827D95" w:rsidRPr="002D5A19" w:rsidRDefault="00C36425">
      <w:pPr>
        <w:pStyle w:val="21"/>
        <w:rPr>
          <w:lang w:val="ru-RU"/>
        </w:rPr>
      </w:pPr>
      <w:r w:rsidRPr="002D5A19">
        <w:rPr>
          <w:lang w:val="ru-RU"/>
        </w:rPr>
        <w:t>Основные моменты</w:t>
      </w:r>
    </w:p>
    <w:p w14:paraId="16054FC7" w14:textId="77777777" w:rsidR="00827D95" w:rsidRPr="002D5A19" w:rsidRDefault="00C36425">
      <w:pPr>
        <w:pStyle w:val="4"/>
        <w:rPr>
          <w:lang w:val="ru-RU"/>
        </w:rPr>
      </w:pPr>
      <w:r w:rsidRPr="002D5A19">
        <w:rPr>
          <w:lang w:val="ru-RU"/>
        </w:rPr>
        <w:t xml:space="preserve">1. Полдня свободного времени в </w:t>
      </w:r>
      <w:r w:rsidRPr="002D5A19">
        <w:rPr>
          <w:lang w:val="ru-RU"/>
        </w:rPr>
        <w:t>Пусане.</w:t>
      </w:r>
    </w:p>
    <w:p w14:paraId="64D23C5D" w14:textId="77777777" w:rsidR="00827D95" w:rsidRPr="002D5A19" w:rsidRDefault="00C36425">
      <w:pPr>
        <w:rPr>
          <w:lang w:val="ru-RU"/>
        </w:rPr>
      </w:pPr>
      <w:r w:rsidRPr="002D5A19">
        <w:rPr>
          <w:lang w:val="ru-RU"/>
        </w:rPr>
        <w:t>Используйте это время для исследования города по собственному усмотрению, открыв для себя местные достопримечательности, волшебный шоппинг или просто наслаждаясь отдыхом на пляже.</w:t>
      </w:r>
    </w:p>
    <w:p w14:paraId="7062A907" w14:textId="77777777" w:rsidR="00827D95" w:rsidRPr="002D5A19" w:rsidRDefault="00C36425">
      <w:pPr>
        <w:pStyle w:val="4"/>
        <w:rPr>
          <w:lang w:val="ru-RU"/>
        </w:rPr>
      </w:pPr>
      <w:r w:rsidRPr="002D5A19">
        <w:rPr>
          <w:lang w:val="ru-RU"/>
        </w:rPr>
        <w:lastRenderedPageBreak/>
        <w:t>2. Посещение как популярных, так и малоизвестных мест в Корее.</w:t>
      </w:r>
    </w:p>
    <w:p w14:paraId="13FB6B4E" w14:textId="77777777" w:rsidR="00827D95" w:rsidRPr="002D5A19" w:rsidRDefault="00C36425">
      <w:pPr>
        <w:rPr>
          <w:lang w:val="ru-RU"/>
        </w:rPr>
      </w:pPr>
      <w:r w:rsidRPr="002D5A19">
        <w:rPr>
          <w:lang w:val="ru-RU"/>
        </w:rPr>
        <w:t>Получ</w:t>
      </w:r>
      <w:r w:rsidRPr="002D5A19">
        <w:rPr>
          <w:lang w:val="ru-RU"/>
        </w:rPr>
        <w:t>ите всеобъемлющий тур, который выходит за рамки обычных туристических маршрутов, позволяя вам открыть для себя скрытые жемчужины и культурные сокровища, которые упускают многие путешественники.</w:t>
      </w:r>
    </w:p>
    <w:p w14:paraId="2F504942" w14:textId="77777777" w:rsidR="00827D95" w:rsidRPr="002D5A19" w:rsidRDefault="00C36425">
      <w:pPr>
        <w:pStyle w:val="4"/>
        <w:rPr>
          <w:lang w:val="ru-RU"/>
        </w:rPr>
      </w:pPr>
      <w:r w:rsidRPr="002D5A19">
        <w:rPr>
          <w:lang w:val="ru-RU"/>
        </w:rPr>
        <w:t xml:space="preserve">3. Возможность заказать дополнительные ночи до или после тура </w:t>
      </w:r>
      <w:r w:rsidRPr="002D5A19">
        <w:rPr>
          <w:lang w:val="ru-RU"/>
        </w:rPr>
        <w:t>в тех же отелях (при наличии)</w:t>
      </w:r>
    </w:p>
    <w:p w14:paraId="36172C1D" w14:textId="77777777" w:rsidR="00827D95" w:rsidRPr="002D5A19" w:rsidRDefault="00C36425">
      <w:pPr>
        <w:rPr>
          <w:lang w:val="ru-RU"/>
        </w:rPr>
      </w:pPr>
      <w:r w:rsidRPr="002D5A19">
        <w:rPr>
          <w:lang w:val="ru-RU"/>
        </w:rPr>
        <w:t>Удобство и гибкость в планировании вашего путешествия.</w:t>
      </w:r>
    </w:p>
    <w:p w14:paraId="320424C9" w14:textId="77777777" w:rsidR="00827D95" w:rsidRPr="002D5A19" w:rsidRDefault="00C36425">
      <w:pPr>
        <w:pStyle w:val="4"/>
        <w:rPr>
          <w:lang w:val="ru-RU"/>
        </w:rPr>
      </w:pPr>
      <w:r w:rsidRPr="002D5A19">
        <w:rPr>
          <w:lang w:val="ru-RU"/>
        </w:rPr>
        <w:t>4. Аутентичная кухня без поисков</w:t>
      </w:r>
    </w:p>
    <w:p w14:paraId="6403FB19" w14:textId="77777777" w:rsidR="00827D95" w:rsidRPr="002D5A19" w:rsidRDefault="00C36425">
      <w:pPr>
        <w:rPr>
          <w:lang w:val="ru-RU"/>
        </w:rPr>
      </w:pPr>
      <w:r w:rsidRPr="002D5A19">
        <w:rPr>
          <w:lang w:val="ru-RU"/>
        </w:rPr>
        <w:t>Там, где самому трудно найти или выбрать подходящее место, мы уже предусмотрели проверенные обеды. Вы сможете приобщиться к аутентичной ко</w:t>
      </w:r>
      <w:r w:rsidRPr="002D5A19">
        <w:rPr>
          <w:lang w:val="ru-RU"/>
        </w:rPr>
        <w:t>рейской кухне, не рискуя попасть на что-то слишком острое.</w:t>
      </w:r>
    </w:p>
    <w:p w14:paraId="07C4E43F" w14:textId="77777777" w:rsidR="00827D95" w:rsidRPr="002D5A19" w:rsidRDefault="00C36425">
      <w:pPr>
        <w:pStyle w:val="4"/>
        <w:rPr>
          <w:lang w:val="ru-RU"/>
        </w:rPr>
      </w:pPr>
      <w:r w:rsidRPr="002D5A19">
        <w:rPr>
          <w:lang w:val="ru-RU"/>
        </w:rPr>
        <w:t>5. Только лицензированный гид</w:t>
      </w:r>
    </w:p>
    <w:p w14:paraId="27750986" w14:textId="77777777" w:rsidR="00827D95" w:rsidRPr="002D5A19" w:rsidRDefault="00C36425">
      <w:pPr>
        <w:rPr>
          <w:lang w:val="ru-RU"/>
        </w:rPr>
      </w:pPr>
      <w:r w:rsidRPr="002D5A19">
        <w:rPr>
          <w:lang w:val="ru-RU"/>
        </w:rPr>
        <w:t>Экскурсии проводят лицензированные гиды, которые знают историю, культуру и местный контекст Кореи. Вы получаете не набор дат и названий, а понятный рассказ, который по</w:t>
      </w:r>
      <w:r w:rsidRPr="002D5A19">
        <w:rPr>
          <w:lang w:val="ru-RU"/>
        </w:rPr>
        <w:t>могает увидеть связи между прошлым, современной жизнью и местами на маршруте.</w:t>
      </w:r>
    </w:p>
    <w:p w14:paraId="6F67EFDA" w14:textId="77777777" w:rsidR="00827D95" w:rsidRPr="002D5A19" w:rsidRDefault="00C36425">
      <w:pPr>
        <w:pStyle w:val="21"/>
        <w:rPr>
          <w:lang w:val="ru-RU"/>
        </w:rPr>
      </w:pPr>
      <w:bookmarkStart w:id="2" w:name="tour_1_itinerary"/>
      <w:r w:rsidRPr="002D5A19">
        <w:rPr>
          <w:lang w:val="ru-RU"/>
        </w:rPr>
        <w:t>Подробный маршрут по дням</w:t>
      </w:r>
      <w:bookmarkEnd w:id="2"/>
    </w:p>
    <w:p w14:paraId="01697BDB" w14:textId="77777777" w:rsidR="00827D95" w:rsidRPr="002D5A19" w:rsidRDefault="00C36425">
      <w:pPr>
        <w:pStyle w:val="31"/>
        <w:rPr>
          <w:lang w:val="ru-RU"/>
        </w:rPr>
      </w:pPr>
      <w:r w:rsidRPr="002D5A19">
        <w:rPr>
          <w:lang w:val="ru-RU"/>
        </w:rPr>
        <w:t>Прибытие</w:t>
      </w:r>
    </w:p>
    <w:p w14:paraId="46C12533" w14:textId="77777777" w:rsidR="00827D95" w:rsidRPr="002D5A19" w:rsidRDefault="00C36425">
      <w:pPr>
        <w:rPr>
          <w:lang w:val="ru-RU"/>
        </w:rPr>
      </w:pPr>
      <w:r>
        <w:t>March</w:t>
      </w:r>
      <w:r w:rsidRPr="002D5A19">
        <w:rPr>
          <w:lang w:val="ru-RU"/>
        </w:rPr>
        <w:t xml:space="preserve"> 20, 2027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6CB70BD7" w14:textId="77777777">
        <w:tc>
          <w:tcPr>
            <w:tcW w:w="10080" w:type="dxa"/>
            <w:gridSpan w:val="2"/>
            <w:shd w:val="clear" w:color="auto" w:fill="1B3A4B"/>
          </w:tcPr>
          <w:p w14:paraId="3C32320E" w14:textId="77777777" w:rsidR="00827D95" w:rsidRDefault="00C36425">
            <w:proofErr w:type="spellStart"/>
            <w:r>
              <w:rPr>
                <w:b/>
                <w:color w:val="FFFFFF"/>
                <w:sz w:val="28"/>
              </w:rPr>
              <w:t>День</w:t>
            </w:r>
            <w:proofErr w:type="spellEnd"/>
            <w:r>
              <w:rPr>
                <w:b/>
                <w:color w:val="FFFFFF"/>
                <w:sz w:val="28"/>
              </w:rPr>
              <w:t xml:space="preserve"> 1</w:t>
            </w:r>
          </w:p>
        </w:tc>
      </w:tr>
      <w:tr w:rsidR="00827D95" w14:paraId="07BF45BE" w14:textId="77777777" w:rsidTr="00C36425">
        <w:tc>
          <w:tcPr>
            <w:tcW w:w="1701" w:type="dxa"/>
          </w:tcPr>
          <w:p w14:paraId="454E1F41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8379" w:type="dxa"/>
          </w:tcPr>
          <w:p w14:paraId="6111ED08" w14:textId="77777777" w:rsidR="00827D95" w:rsidRDefault="00C36425">
            <w:r>
              <w:t>March 20, 2027</w:t>
            </w:r>
          </w:p>
        </w:tc>
      </w:tr>
      <w:tr w:rsidR="00827D95" w14:paraId="631CF6E9" w14:textId="77777777" w:rsidTr="00C36425">
        <w:tc>
          <w:tcPr>
            <w:tcW w:w="1701" w:type="dxa"/>
          </w:tcPr>
          <w:p w14:paraId="4FE34AD6" w14:textId="77777777" w:rsidR="00827D95" w:rsidRDefault="00827D95"/>
        </w:tc>
        <w:tc>
          <w:tcPr>
            <w:tcW w:w="8379" w:type="dxa"/>
          </w:tcPr>
          <w:p w14:paraId="5DBAD226" w14:textId="77777777" w:rsidR="00827D95" w:rsidRDefault="00C36425">
            <w:r w:rsidRPr="002D5A19">
              <w:rPr>
                <w:lang w:val="ru-RU"/>
              </w:rPr>
              <w:br/>
              <w:t xml:space="preserve">Групповой трансфер (без сопровождения гида) включён в программу. </w:t>
            </w:r>
            <w:proofErr w:type="spellStart"/>
            <w:r w:rsidRPr="002D5A19">
              <w:rPr>
                <w:lang w:val="ru-RU"/>
              </w:rPr>
              <w:t>Корейскоговорящий</w:t>
            </w:r>
            <w:proofErr w:type="spellEnd"/>
            <w:r w:rsidRPr="002D5A19">
              <w:rPr>
                <w:lang w:val="ru-RU"/>
              </w:rPr>
              <w:t xml:space="preserve"> водитель встретит гостей в аэропорту с табличкой с вашей фамилией. </w:t>
            </w:r>
            <w:proofErr w:type="spellStart"/>
            <w:r>
              <w:t>Перед</w:t>
            </w:r>
            <w:proofErr w:type="spellEnd"/>
            <w:r>
              <w:t xml:space="preserve"> </w:t>
            </w:r>
            <w:proofErr w:type="spellStart"/>
            <w:r>
              <w:t>отправлением</w:t>
            </w:r>
            <w:proofErr w:type="spellEnd"/>
            <w:r>
              <w:t xml:space="preserve"> </w:t>
            </w:r>
            <w:proofErr w:type="spellStart"/>
            <w:r>
              <w:t>возможно</w:t>
            </w:r>
            <w:proofErr w:type="spellEnd"/>
            <w:r>
              <w:t xml:space="preserve"> </w:t>
            </w:r>
            <w:proofErr w:type="spellStart"/>
            <w:r>
              <w:t>небольшое</w:t>
            </w:r>
            <w:proofErr w:type="spellEnd"/>
            <w:r>
              <w:t xml:space="preserve"> ожидание других участников тура.</w:t>
            </w:r>
          </w:p>
        </w:tc>
      </w:tr>
      <w:tr w:rsidR="00827D95" w:rsidRPr="002D5A19" w14:paraId="580069DA" w14:textId="77777777" w:rsidTr="00C36425">
        <w:tc>
          <w:tcPr>
            <w:tcW w:w="1701" w:type="dxa"/>
          </w:tcPr>
          <w:p w14:paraId="69393331" w14:textId="77777777" w:rsidR="00827D95" w:rsidRDefault="00827D95"/>
        </w:tc>
        <w:tc>
          <w:tcPr>
            <w:tcW w:w="8379" w:type="dxa"/>
          </w:tcPr>
          <w:p w14:paraId="526DC3E1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lang w:val="ru-RU"/>
              </w:rPr>
              <w:br/>
              <w:t>Вы можете приехать в Корею до официального начала тура. По запросу мы можем помочь с бронирование</w:t>
            </w:r>
            <w:r w:rsidRPr="002D5A19">
              <w:rPr>
                <w:lang w:val="ru-RU"/>
              </w:rPr>
              <w:t>м дополнительных ночей в отеле до начала тура.</w:t>
            </w:r>
          </w:p>
        </w:tc>
      </w:tr>
      <w:tr w:rsidR="00827D95" w14:paraId="39F039F0" w14:textId="77777777" w:rsidTr="00C36425">
        <w:tc>
          <w:tcPr>
            <w:tcW w:w="1701" w:type="dxa"/>
          </w:tcPr>
          <w:p w14:paraId="22E9A53E" w14:textId="77777777" w:rsidR="00827D95" w:rsidRPr="002D5A19" w:rsidRDefault="00827D95">
            <w:pPr>
              <w:rPr>
                <w:lang w:val="ru-RU"/>
              </w:rPr>
            </w:pPr>
          </w:p>
        </w:tc>
        <w:tc>
          <w:tcPr>
            <w:tcW w:w="8379" w:type="dxa"/>
          </w:tcPr>
          <w:p w14:paraId="7874F537" w14:textId="77777777" w:rsidR="00827D95" w:rsidRDefault="00C36425">
            <w:proofErr w:type="spellStart"/>
            <w:r>
              <w:t>Свободный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</w:p>
        </w:tc>
      </w:tr>
      <w:tr w:rsidR="00827D95" w14:paraId="7860AB36" w14:textId="77777777" w:rsidTr="00C36425">
        <w:tc>
          <w:tcPr>
            <w:tcW w:w="1701" w:type="dxa"/>
          </w:tcPr>
          <w:p w14:paraId="4FEB88E0" w14:textId="77777777" w:rsidR="00827D95" w:rsidRDefault="00C36425">
            <w:r>
              <w:rPr>
                <w:b/>
                <w:color w:val="1B3A4B"/>
              </w:rPr>
              <w:t>Ночь в</w:t>
            </w:r>
          </w:p>
        </w:tc>
        <w:tc>
          <w:tcPr>
            <w:tcW w:w="8379" w:type="dxa"/>
          </w:tcPr>
          <w:p w14:paraId="19EEC74E" w14:textId="77777777" w:rsidR="00827D95" w:rsidRDefault="00C36425">
            <w:r>
              <w:t>Seoul</w:t>
            </w:r>
          </w:p>
        </w:tc>
      </w:tr>
    </w:tbl>
    <w:p w14:paraId="2F953971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6FC9DBAB" w14:textId="77777777">
        <w:tc>
          <w:tcPr>
            <w:tcW w:w="10080" w:type="dxa"/>
            <w:gridSpan w:val="2"/>
            <w:shd w:val="clear" w:color="auto" w:fill="1B3A4B"/>
          </w:tcPr>
          <w:p w14:paraId="0AC98397" w14:textId="77777777" w:rsidR="00827D95" w:rsidRDefault="00C36425">
            <w:r>
              <w:rPr>
                <w:b/>
                <w:color w:val="FFFFFF"/>
                <w:sz w:val="28"/>
              </w:rPr>
              <w:t>День 2</w:t>
            </w:r>
          </w:p>
        </w:tc>
      </w:tr>
      <w:tr w:rsidR="00827D95" w14:paraId="06BDA1C2" w14:textId="77777777">
        <w:tc>
          <w:tcPr>
            <w:tcW w:w="1701" w:type="dxa"/>
          </w:tcPr>
          <w:p w14:paraId="2DFD2895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640AA089" w14:textId="77777777" w:rsidR="00827D95" w:rsidRDefault="00C36425">
            <w:r>
              <w:t>March 21, 2027</w:t>
            </w:r>
          </w:p>
        </w:tc>
      </w:tr>
      <w:tr w:rsidR="00827D95" w:rsidRPr="002D5A19" w14:paraId="2F990AA3" w14:textId="77777777">
        <w:tc>
          <w:tcPr>
            <w:tcW w:w="1701" w:type="dxa"/>
          </w:tcPr>
          <w:p w14:paraId="33F337DD" w14:textId="77777777" w:rsidR="00827D95" w:rsidRDefault="00C36425">
            <w:r>
              <w:rPr>
                <w:b/>
                <w:color w:val="1B3A4B"/>
              </w:rPr>
              <w:t>09:00</w:t>
            </w:r>
          </w:p>
        </w:tc>
        <w:tc>
          <w:tcPr>
            <w:tcW w:w="7937" w:type="dxa"/>
          </w:tcPr>
          <w:p w14:paraId="14B2EF75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 xml:space="preserve">Исторический Сеул: дворцы, храмы и кварталы </w:t>
            </w:r>
            <w:proofErr w:type="spellStart"/>
            <w:r w:rsidRPr="002D5A19">
              <w:rPr>
                <w:b/>
                <w:lang w:val="ru-RU"/>
              </w:rPr>
              <w:t>Пукчхона</w:t>
            </w:r>
            <w:proofErr w:type="spellEnd"/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5.00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Во время занимательной и </w:t>
            </w:r>
            <w:r w:rsidRPr="002D5A19">
              <w:rPr>
                <w:lang w:val="ru-RU"/>
              </w:rPr>
              <w:t xml:space="preserve">познавательной экскурсии, в которой сочетаются небольшие прогулки и перемещение на заказанном автотранспорте, мы познакомимся с историей и современностью столицы Южной Кореи - Сеула. (По вторникам включен дворец </w:t>
            </w:r>
            <w:proofErr w:type="spellStart"/>
            <w:r w:rsidRPr="002D5A19">
              <w:rPr>
                <w:lang w:val="ru-RU"/>
              </w:rPr>
              <w:t>Чхандоккун</w:t>
            </w:r>
            <w:proofErr w:type="spellEnd"/>
            <w:r w:rsidRPr="002D5A19">
              <w:rPr>
                <w:lang w:val="ru-RU"/>
              </w:rPr>
              <w:t xml:space="preserve">, в остальные дни - </w:t>
            </w:r>
            <w:proofErr w:type="spellStart"/>
            <w:r w:rsidRPr="002D5A19">
              <w:rPr>
                <w:lang w:val="ru-RU"/>
              </w:rPr>
              <w:t>Кёнбоккун</w:t>
            </w:r>
            <w:proofErr w:type="spellEnd"/>
            <w:r w:rsidRPr="002D5A19">
              <w:rPr>
                <w:lang w:val="ru-RU"/>
              </w:rPr>
              <w:t>)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Мэрия Сеула</w:t>
            </w:r>
            <w:r w:rsidRPr="002D5A19">
              <w:rPr>
                <w:lang w:val="ru-RU"/>
              </w:rPr>
              <w:br/>
            </w:r>
            <w:proofErr w:type="spellStart"/>
            <w:r w:rsidRPr="002D5A19">
              <w:rPr>
                <w:lang w:val="ru-RU"/>
              </w:rPr>
              <w:t>Футуристичная</w:t>
            </w:r>
            <w:proofErr w:type="spellEnd"/>
            <w:r w:rsidRPr="002D5A19">
              <w:rPr>
                <w:lang w:val="ru-RU"/>
              </w:rPr>
              <w:t xml:space="preserve"> «волна» из стекла и стали накрывает здание старой мэрии, сохраняя связь времён. Это один из самых экологичных проектов города: самый большой в мире вертикальный сад внутри и энергия от природы — всё работает на будущее. Загляните</w:t>
            </w:r>
            <w:r w:rsidRPr="002D5A19">
              <w:rPr>
                <w:lang w:val="ru-RU"/>
              </w:rPr>
              <w:t xml:space="preserve"> внутрь, чтобы увидеть зелёную стену своими глазами.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Сеульский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англиканский собор</w:t>
            </w:r>
            <w:r w:rsidRPr="002D5A19">
              <w:rPr>
                <w:color w:val="555555"/>
                <w:sz w:val="18"/>
                <w:lang w:val="ru-RU"/>
              </w:rPr>
              <w:t xml:space="preserve"> (</w:t>
            </w:r>
            <w:r>
              <w:rPr>
                <w:color w:val="555555"/>
                <w:sz w:val="18"/>
              </w:rPr>
              <w:t>Pass</w:t>
            </w:r>
            <w:r w:rsidRPr="002D5A19">
              <w:rPr>
                <w:color w:val="555555"/>
                <w:sz w:val="18"/>
                <w:lang w:val="ru-RU"/>
              </w:rPr>
              <w:t>-</w:t>
            </w:r>
            <w:r>
              <w:rPr>
                <w:color w:val="555555"/>
                <w:sz w:val="18"/>
              </w:rPr>
              <w:t>by</w:t>
            </w:r>
            <w:r w:rsidRPr="002D5A19">
              <w:rPr>
                <w:color w:val="555555"/>
                <w:sz w:val="18"/>
                <w:lang w:val="ru-RU"/>
              </w:rPr>
              <w:t>)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lastRenderedPageBreak/>
              <w:t>В самом центре Сеула скрывается настоящий архитектурный шедевр — собор, задуманный ещё в 1920-х годах. Британский проект, корейские пожертвования и долгие годы о</w:t>
            </w:r>
            <w:r w:rsidRPr="002D5A19">
              <w:rPr>
                <w:lang w:val="ru-RU"/>
              </w:rPr>
              <w:t>жидания… Строительство прервала история, но чудо свершилось: в 1993 году в Англии нашли утерянные чертежи. Сегодня собор завершён в изначальном величии — как и было задумано сто лет назад.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Ручей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Чхонгечхон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(</w:t>
            </w:r>
            <w:proofErr w:type="spellStart"/>
            <w:r>
              <w:rPr>
                <w:b/>
                <w:color w:val="F4B942"/>
                <w:sz w:val="20"/>
              </w:rPr>
              <w:t>청계천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)</w:t>
            </w:r>
            <w:r w:rsidRPr="002D5A19">
              <w:rPr>
                <w:lang w:val="ru-RU"/>
              </w:rPr>
              <w:br/>
              <w:t xml:space="preserve">Этот рукотворный ручей — симбиоз природы </w:t>
            </w:r>
            <w:r w:rsidRPr="002D5A19">
              <w:rPr>
                <w:lang w:val="ru-RU"/>
              </w:rPr>
              <w:t xml:space="preserve">и городской архитектуры. Когда-то это была настоящая река, но после войны её спрятали под землю. Лишь в 2005 году, после масштабного восстановления, </w:t>
            </w:r>
            <w:proofErr w:type="spellStart"/>
            <w:r w:rsidRPr="002D5A19">
              <w:rPr>
                <w:lang w:val="ru-RU"/>
              </w:rPr>
              <w:t>Чхонгечхон</w:t>
            </w:r>
            <w:proofErr w:type="spellEnd"/>
            <w:r w:rsidRPr="002D5A19">
              <w:rPr>
                <w:lang w:val="ru-RU"/>
              </w:rPr>
              <w:t xml:space="preserve"> вновь открылся — как зелёный оазис в центре Сеула. Фонтаны, подсвеченные мосты и так </w:t>
            </w:r>
            <w:proofErr w:type="spellStart"/>
            <w:r w:rsidRPr="002D5A19">
              <w:rPr>
                <w:lang w:val="ru-RU"/>
              </w:rPr>
              <w:t>называемя</w:t>
            </w:r>
            <w:proofErr w:type="spellEnd"/>
            <w:r w:rsidRPr="002D5A19">
              <w:rPr>
                <w:lang w:val="ru-RU"/>
              </w:rPr>
              <w:t xml:space="preserve"> д</w:t>
            </w:r>
            <w:r w:rsidRPr="002D5A19">
              <w:rPr>
                <w:lang w:val="ru-RU"/>
              </w:rPr>
              <w:t xml:space="preserve">амба </w:t>
            </w:r>
            <w:proofErr w:type="spellStart"/>
            <w:r w:rsidRPr="002D5A19">
              <w:rPr>
                <w:lang w:val="ru-RU"/>
              </w:rPr>
              <w:t>Пальсоктам</w:t>
            </w:r>
            <w:proofErr w:type="spellEnd"/>
            <w:r w:rsidRPr="002D5A19">
              <w:rPr>
                <w:lang w:val="ru-RU"/>
              </w:rPr>
              <w:t xml:space="preserve"> делают его одним из самых любимых мест для вечерних прогулок.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Проспект им. Великого короля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Сечжона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и ансамбль площади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Кванхвамун</w:t>
            </w:r>
            <w:proofErr w:type="spellEnd"/>
            <w:r w:rsidRPr="002D5A19">
              <w:rPr>
                <w:color w:val="555555"/>
                <w:sz w:val="18"/>
                <w:lang w:val="ru-RU"/>
              </w:rPr>
              <w:t xml:space="preserve"> (</w:t>
            </w:r>
            <w:r>
              <w:rPr>
                <w:color w:val="555555"/>
                <w:sz w:val="18"/>
              </w:rPr>
              <w:t>Pass</w:t>
            </w:r>
            <w:r w:rsidRPr="002D5A19">
              <w:rPr>
                <w:color w:val="555555"/>
                <w:sz w:val="18"/>
                <w:lang w:val="ru-RU"/>
              </w:rPr>
              <w:t>-</w:t>
            </w:r>
            <w:r>
              <w:rPr>
                <w:color w:val="555555"/>
                <w:sz w:val="18"/>
              </w:rPr>
              <w:t>by</w:t>
            </w:r>
            <w:r w:rsidRPr="002D5A19">
              <w:rPr>
                <w:color w:val="555555"/>
                <w:sz w:val="18"/>
                <w:lang w:val="ru-RU"/>
              </w:rPr>
              <w:t>)</w:t>
            </w:r>
            <w:r w:rsidRPr="002D5A19">
              <w:rPr>
                <w:lang w:val="ru-RU"/>
              </w:rPr>
              <w:br/>
              <w:t xml:space="preserve">Комплекс центральной площади </w:t>
            </w:r>
            <w:proofErr w:type="spellStart"/>
            <w:r w:rsidRPr="002D5A19">
              <w:rPr>
                <w:lang w:val="ru-RU"/>
              </w:rPr>
              <w:t>Кванхвамун</w:t>
            </w:r>
            <w:proofErr w:type="spellEnd"/>
            <w:r w:rsidRPr="002D5A19">
              <w:rPr>
                <w:lang w:val="ru-RU"/>
              </w:rPr>
              <w:t xml:space="preserve"> перед королевским дворцом </w:t>
            </w:r>
            <w:proofErr w:type="spellStart"/>
            <w:r w:rsidRPr="002D5A19">
              <w:rPr>
                <w:lang w:val="ru-RU"/>
              </w:rPr>
              <w:t>Кёнбоккун</w:t>
            </w:r>
            <w:proofErr w:type="spellEnd"/>
            <w:r w:rsidRPr="002D5A19">
              <w:rPr>
                <w:lang w:val="ru-RU"/>
              </w:rPr>
              <w:t>, являющейся композицио</w:t>
            </w:r>
            <w:r w:rsidRPr="002D5A19">
              <w:rPr>
                <w:lang w:val="ru-RU"/>
              </w:rPr>
              <w:t>нным центром столицы Кореи, открывает взору удивительные виды Сеула: с одной стороны расположена главная резиденция королей государства Чосон (ныне музей). А вдоль самого проспекта, отходящего от площади, стоят высотные современные здания: правительственны</w:t>
            </w:r>
            <w:r w:rsidRPr="002D5A19">
              <w:rPr>
                <w:lang w:val="ru-RU"/>
              </w:rPr>
              <w:t xml:space="preserve">е, посольства, крупнейшего в Корее книжного магазина </w:t>
            </w:r>
            <w:proofErr w:type="spellStart"/>
            <w:r w:rsidRPr="002D5A19">
              <w:rPr>
                <w:lang w:val="ru-RU"/>
              </w:rPr>
              <w:t>Кёбо</w:t>
            </w:r>
            <w:proofErr w:type="spellEnd"/>
            <w:r w:rsidRPr="002D5A19">
              <w:rPr>
                <w:lang w:val="ru-RU"/>
              </w:rPr>
              <w:t xml:space="preserve">. Далее проспект идет в Мэрии Сеула и к Большим южным воротам </w:t>
            </w:r>
            <w:proofErr w:type="spellStart"/>
            <w:r w:rsidRPr="002D5A19">
              <w:rPr>
                <w:lang w:val="ru-RU"/>
              </w:rPr>
              <w:t>Намдэмун</w:t>
            </w:r>
            <w:proofErr w:type="spellEnd"/>
            <w:r w:rsidRPr="002D5A19">
              <w:rPr>
                <w:lang w:val="ru-RU"/>
              </w:rPr>
              <w:t xml:space="preserve"> (Государственное сокровище №1).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Королевский дворец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Кёнбоккун</w:t>
            </w:r>
            <w:proofErr w:type="spellEnd"/>
            <w:r w:rsidRPr="002D5A19">
              <w:rPr>
                <w:lang w:val="ru-RU"/>
              </w:rPr>
              <w:br/>
              <w:t>Главный дворец династии Чосон. За века он пережил разрушения и в</w:t>
            </w:r>
            <w:r w:rsidRPr="002D5A19">
              <w:rPr>
                <w:lang w:val="ru-RU"/>
              </w:rPr>
              <w:t xml:space="preserve">осстановление, но сохранил своё величие. Грандиозная симметрия, церемония смены караула и возможность примерить </w:t>
            </w:r>
            <w:proofErr w:type="spellStart"/>
            <w:r w:rsidRPr="002D5A19">
              <w:rPr>
                <w:lang w:val="ru-RU"/>
              </w:rPr>
              <w:t>ханбок</w:t>
            </w:r>
            <w:proofErr w:type="spellEnd"/>
            <w:r w:rsidRPr="002D5A19">
              <w:rPr>
                <w:lang w:val="ru-RU"/>
              </w:rPr>
              <w:t xml:space="preserve"> превращают прогулку во дворце в настоящее путешествие во времени.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Самчхон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-дон и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Пукчон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: романтика старого Сеула</w:t>
            </w:r>
            <w:r w:rsidRPr="002D5A19">
              <w:rPr>
                <w:lang w:val="ru-RU"/>
              </w:rPr>
              <w:br/>
              <w:t>Здесь старинные дома-</w:t>
            </w:r>
            <w:proofErr w:type="spellStart"/>
            <w:r w:rsidRPr="002D5A19">
              <w:rPr>
                <w:lang w:val="ru-RU"/>
              </w:rPr>
              <w:t>х</w:t>
            </w:r>
            <w:r w:rsidRPr="002D5A19">
              <w:rPr>
                <w:lang w:val="ru-RU"/>
              </w:rPr>
              <w:t>аноки</w:t>
            </w:r>
            <w:proofErr w:type="spellEnd"/>
            <w:r w:rsidRPr="002D5A19">
              <w:rPr>
                <w:lang w:val="ru-RU"/>
              </w:rPr>
              <w:t xml:space="preserve">, уютные улочки и тихие склоны у дворца </w:t>
            </w:r>
            <w:proofErr w:type="spellStart"/>
            <w:r w:rsidRPr="002D5A19">
              <w:rPr>
                <w:lang w:val="ru-RU"/>
              </w:rPr>
              <w:t>Кёнбоккун</w:t>
            </w:r>
            <w:proofErr w:type="spellEnd"/>
            <w:r w:rsidRPr="002D5A19">
              <w:rPr>
                <w:lang w:val="ru-RU"/>
              </w:rPr>
              <w:t xml:space="preserve"> создают атмосферу уюта и неспешности. </w:t>
            </w:r>
            <w:proofErr w:type="spellStart"/>
            <w:r w:rsidRPr="002D5A19">
              <w:rPr>
                <w:lang w:val="ru-RU"/>
              </w:rPr>
              <w:t>Самчхон</w:t>
            </w:r>
            <w:proofErr w:type="spellEnd"/>
            <w:r w:rsidRPr="002D5A19">
              <w:rPr>
                <w:lang w:val="ru-RU"/>
              </w:rPr>
              <w:t xml:space="preserve">-дон является частью "Северной деревни" — </w:t>
            </w:r>
            <w:proofErr w:type="spellStart"/>
            <w:r w:rsidRPr="002D5A19">
              <w:rPr>
                <w:lang w:val="ru-RU"/>
              </w:rPr>
              <w:t>Пукчхона</w:t>
            </w:r>
            <w:proofErr w:type="spellEnd"/>
            <w:r w:rsidRPr="002D5A19">
              <w:rPr>
                <w:lang w:val="ru-RU"/>
              </w:rPr>
              <w:t>; это галереи, бутики и кафе, и жилые домики - ханок, спрятанные среди холмов, хранящие дух эпохи Чосон. П</w:t>
            </w:r>
            <w:r w:rsidRPr="002D5A19">
              <w:rPr>
                <w:lang w:val="ru-RU"/>
              </w:rPr>
              <w:t>рогулка по этим местам — словно путешествие в другую страну, полное света, текстур, черепичных крыш и маленьких открытий.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Инсадон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. Традиционные чайные, сувениры, бутики, галереи...</w:t>
            </w:r>
            <w:r w:rsidRPr="002D5A19">
              <w:rPr>
                <w:lang w:val="ru-RU"/>
              </w:rPr>
              <w:br/>
              <w:t xml:space="preserve">Район, знаменитый обилием сувенирных лавочек, традиционных ресторанов и </w:t>
            </w:r>
            <w:r w:rsidRPr="002D5A19">
              <w:rPr>
                <w:lang w:val="ru-RU"/>
              </w:rPr>
              <w:t xml:space="preserve">чайных домиков, бутиков. Пешеходная улица </w:t>
            </w:r>
            <w:proofErr w:type="spellStart"/>
            <w:r w:rsidRPr="002D5A19">
              <w:rPr>
                <w:lang w:val="ru-RU"/>
              </w:rPr>
              <w:t>Инсадон</w:t>
            </w:r>
            <w:proofErr w:type="spellEnd"/>
            <w:r w:rsidRPr="002D5A19">
              <w:rPr>
                <w:lang w:val="ru-RU"/>
              </w:rPr>
              <w:t xml:space="preserve">-киль является центральной улицей этого района. Часто вы можете увидеть уличные представления - традиционный корейский квартет ударных </w:t>
            </w:r>
            <w:proofErr w:type="spellStart"/>
            <w:r w:rsidRPr="002D5A19">
              <w:rPr>
                <w:lang w:val="ru-RU"/>
              </w:rPr>
              <w:t>самульнори</w:t>
            </w:r>
            <w:proofErr w:type="spellEnd"/>
            <w:r>
              <w:t> </w:t>
            </w:r>
            <w:r w:rsidRPr="002D5A19">
              <w:rPr>
                <w:lang w:val="ru-RU"/>
              </w:rPr>
              <w:t xml:space="preserve">либо боевые искусства </w:t>
            </w:r>
            <w:proofErr w:type="spellStart"/>
            <w:r w:rsidRPr="002D5A19">
              <w:rPr>
                <w:lang w:val="ru-RU"/>
              </w:rPr>
              <w:t>теккён</w:t>
            </w:r>
            <w:proofErr w:type="spellEnd"/>
            <w:r w:rsidRPr="002D5A19">
              <w:rPr>
                <w:lang w:val="ru-RU"/>
              </w:rPr>
              <w:t xml:space="preserve">, </w:t>
            </w:r>
            <w:proofErr w:type="spellStart"/>
            <w:proofErr w:type="gramStart"/>
            <w:r w:rsidRPr="002D5A19">
              <w:rPr>
                <w:lang w:val="ru-RU"/>
              </w:rPr>
              <w:t>тхэквон</w:t>
            </w:r>
            <w:proofErr w:type="spellEnd"/>
            <w:r w:rsidRPr="002D5A19">
              <w:rPr>
                <w:lang w:val="ru-RU"/>
              </w:rPr>
              <w:t>-до</w:t>
            </w:r>
            <w:proofErr w:type="gramEnd"/>
            <w:r w:rsidRPr="002D5A19">
              <w:rPr>
                <w:lang w:val="ru-RU"/>
              </w:rPr>
              <w:t xml:space="preserve"> либо выступления мол</w:t>
            </w:r>
            <w:r w:rsidRPr="002D5A19">
              <w:rPr>
                <w:lang w:val="ru-RU"/>
              </w:rPr>
              <w:t xml:space="preserve">одежных коллективов в стиле </w:t>
            </w:r>
            <w:r>
              <w:t>fusion</w:t>
            </w:r>
            <w:r w:rsidRPr="002D5A19">
              <w:rPr>
                <w:lang w:val="ru-RU"/>
              </w:rPr>
              <w:t xml:space="preserve"> и т.д.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Буддийский храм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Чогеса</w:t>
            </w:r>
            <w:proofErr w:type="spellEnd"/>
            <w:r w:rsidRPr="002D5A19">
              <w:rPr>
                <w:lang w:val="ru-RU"/>
              </w:rPr>
              <w:br/>
              <w:t xml:space="preserve">Буддийский храм в самом центре Сеула — главный храм школы </w:t>
            </w:r>
            <w:proofErr w:type="spellStart"/>
            <w:r w:rsidRPr="002D5A19">
              <w:rPr>
                <w:lang w:val="ru-RU"/>
              </w:rPr>
              <w:t>Чоге</w:t>
            </w:r>
            <w:proofErr w:type="spellEnd"/>
            <w:r w:rsidRPr="002D5A19">
              <w:rPr>
                <w:lang w:val="ru-RU"/>
              </w:rPr>
              <w:t>, крупнейшей в Корее. Небольшой по размеру, но насыщенный жизнью круглый год: весной — фонари и лотосы, осенью — хризантемы, з</w:t>
            </w:r>
            <w:r w:rsidRPr="002D5A19">
              <w:rPr>
                <w:lang w:val="ru-RU"/>
              </w:rPr>
              <w:t>имой — тишина и огни. Здесь всегда царит особое спокойствие, независимо от времени года.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Проспект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Чонно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. Колокольный павильон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Посингак</w:t>
            </w:r>
            <w:proofErr w:type="spellEnd"/>
            <w:r w:rsidRPr="002D5A19">
              <w:rPr>
                <w:color w:val="555555"/>
                <w:sz w:val="18"/>
                <w:lang w:val="ru-RU"/>
              </w:rPr>
              <w:t xml:space="preserve"> (</w:t>
            </w:r>
            <w:r>
              <w:rPr>
                <w:color w:val="555555"/>
                <w:sz w:val="18"/>
              </w:rPr>
              <w:t>Pass</w:t>
            </w:r>
            <w:r w:rsidRPr="002D5A19">
              <w:rPr>
                <w:color w:val="555555"/>
                <w:sz w:val="18"/>
                <w:lang w:val="ru-RU"/>
              </w:rPr>
              <w:t>-</w:t>
            </w:r>
            <w:r>
              <w:rPr>
                <w:color w:val="555555"/>
                <w:sz w:val="18"/>
              </w:rPr>
              <w:t>by</w:t>
            </w:r>
            <w:r w:rsidRPr="002D5A19">
              <w:rPr>
                <w:color w:val="555555"/>
                <w:sz w:val="18"/>
                <w:lang w:val="ru-RU"/>
              </w:rPr>
              <w:t>)</w:t>
            </w:r>
            <w:r w:rsidRPr="002D5A19">
              <w:rPr>
                <w:lang w:val="ru-RU"/>
              </w:rPr>
              <w:br/>
              <w:t xml:space="preserve">Одна из центральных улиц Сеула </w:t>
            </w:r>
            <w:proofErr w:type="spellStart"/>
            <w:r w:rsidRPr="002D5A19">
              <w:rPr>
                <w:lang w:val="ru-RU"/>
              </w:rPr>
              <w:t>Чонно</w:t>
            </w:r>
            <w:proofErr w:type="spellEnd"/>
            <w:r w:rsidRPr="002D5A19">
              <w:rPr>
                <w:lang w:val="ru-RU"/>
              </w:rPr>
              <w:t xml:space="preserve"> (буквально "Колокольный проспект") названа так в честь одноименного пав</w:t>
            </w:r>
            <w:r w:rsidRPr="002D5A19">
              <w:rPr>
                <w:lang w:val="ru-RU"/>
              </w:rPr>
              <w:t>ильона, в котором находится Главный колокол страны. Именно в этот колокол бьют лучшие люди страны в Новогоднюю ночь. Впрочем, и простые смертные могут ударить в него на счастье: в 12:00 дня обычно павильон открывают для посетителей. Правда, допускается огр</w:t>
            </w:r>
            <w:r w:rsidRPr="002D5A19">
              <w:rPr>
                <w:lang w:val="ru-RU"/>
              </w:rPr>
              <w:t>аниченное количество гостей.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Мёндон</w:t>
            </w:r>
            <w:proofErr w:type="spellEnd"/>
            <w:r w:rsidRPr="002D5A19">
              <w:rPr>
                <w:lang w:val="ru-RU"/>
              </w:rPr>
              <w:br/>
              <w:t xml:space="preserve">Оживлённый район шоппинга, уличной еды и корейской косметики. Между бутиками и кафе вы найдёте главный католический собор страны — </w:t>
            </w:r>
            <w:proofErr w:type="spellStart"/>
            <w:r w:rsidRPr="002D5A19">
              <w:rPr>
                <w:lang w:val="ru-RU"/>
              </w:rPr>
              <w:lastRenderedPageBreak/>
              <w:t>Мёндонский</w:t>
            </w:r>
            <w:proofErr w:type="spellEnd"/>
            <w:r w:rsidRPr="002D5A19">
              <w:rPr>
                <w:lang w:val="ru-RU"/>
              </w:rPr>
              <w:t>. Неожиданное сочетание: мода, вкус и история христианства в Корее — всё в о</w:t>
            </w:r>
            <w:r w:rsidRPr="002D5A19">
              <w:rPr>
                <w:lang w:val="ru-RU"/>
              </w:rPr>
              <w:t>дном квартале!</w:t>
            </w:r>
          </w:p>
        </w:tc>
      </w:tr>
      <w:tr w:rsidR="00827D95" w14:paraId="357572BE" w14:textId="77777777">
        <w:tc>
          <w:tcPr>
            <w:tcW w:w="1701" w:type="dxa"/>
          </w:tcPr>
          <w:p w14:paraId="1D39CC5C" w14:textId="77777777" w:rsidR="00827D95" w:rsidRPr="002D5A19" w:rsidRDefault="00827D95">
            <w:pPr>
              <w:rPr>
                <w:lang w:val="ru-RU"/>
              </w:rPr>
            </w:pPr>
          </w:p>
        </w:tc>
        <w:tc>
          <w:tcPr>
            <w:tcW w:w="7937" w:type="dxa"/>
          </w:tcPr>
          <w:p w14:paraId="4D61A14A" w14:textId="77777777" w:rsidR="00827D95" w:rsidRDefault="00C36425">
            <w:r w:rsidRPr="002D5A19">
              <w:rPr>
                <w:lang w:val="ru-RU"/>
              </w:rPr>
              <w:br/>
              <w:t xml:space="preserve">Трансфер в г. </w:t>
            </w:r>
            <w:proofErr w:type="spellStart"/>
            <w:r w:rsidRPr="002D5A19">
              <w:rPr>
                <w:lang w:val="ru-RU"/>
              </w:rPr>
              <w:t>Сокчо</w:t>
            </w:r>
            <w:proofErr w:type="spellEnd"/>
            <w:r w:rsidRPr="002D5A19">
              <w:rPr>
                <w:lang w:val="ru-RU"/>
              </w:rPr>
              <w:t xml:space="preserve">, где расположен Национальный парк </w:t>
            </w:r>
            <w:proofErr w:type="spellStart"/>
            <w:r w:rsidRPr="002D5A19">
              <w:rPr>
                <w:lang w:val="ru-RU"/>
              </w:rPr>
              <w:t>Сораксан</w:t>
            </w:r>
            <w:proofErr w:type="spellEnd"/>
            <w:r w:rsidRPr="002D5A19">
              <w:rPr>
                <w:lang w:val="ru-RU"/>
              </w:rPr>
              <w:t xml:space="preserve">. </w:t>
            </w:r>
            <w:proofErr w:type="spellStart"/>
            <w:r>
              <w:t>Трансфер</w:t>
            </w:r>
            <w:proofErr w:type="spellEnd"/>
            <w:r>
              <w:t xml:space="preserve"> </w:t>
            </w:r>
            <w:proofErr w:type="spellStart"/>
            <w:r>
              <w:t>займет</w:t>
            </w:r>
            <w:proofErr w:type="spellEnd"/>
            <w:r>
              <w:t xml:space="preserve"> </w:t>
            </w:r>
            <w:proofErr w:type="spellStart"/>
            <w:r>
              <w:t>около</w:t>
            </w:r>
            <w:proofErr w:type="spellEnd"/>
            <w:r>
              <w:t xml:space="preserve"> 3 часов.</w:t>
            </w:r>
          </w:p>
        </w:tc>
      </w:tr>
      <w:tr w:rsidR="00827D95" w:rsidRPr="002D5A19" w14:paraId="17A4E5CD" w14:textId="77777777">
        <w:tc>
          <w:tcPr>
            <w:tcW w:w="1701" w:type="dxa"/>
          </w:tcPr>
          <w:p w14:paraId="75BFBB36" w14:textId="77777777" w:rsidR="00827D95" w:rsidRDefault="00C36425">
            <w:r>
              <w:rPr>
                <w:b/>
                <w:color w:val="1B3A4B"/>
              </w:rPr>
              <w:t>18:00</w:t>
            </w:r>
          </w:p>
        </w:tc>
        <w:tc>
          <w:tcPr>
            <w:tcW w:w="7937" w:type="dxa"/>
          </w:tcPr>
          <w:p w14:paraId="577DFECD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>ужин, корейская кухня</w:t>
            </w:r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1.00 часов</w:t>
            </w:r>
            <w:r w:rsidRPr="002D5A19">
              <w:rPr>
                <w:lang w:val="ru-RU"/>
              </w:rPr>
              <w:br/>
            </w:r>
          </w:p>
        </w:tc>
      </w:tr>
      <w:tr w:rsidR="00827D95" w14:paraId="70FC59A8" w14:textId="77777777">
        <w:tc>
          <w:tcPr>
            <w:tcW w:w="1701" w:type="dxa"/>
          </w:tcPr>
          <w:p w14:paraId="2C10AF75" w14:textId="77777777" w:rsidR="00827D95" w:rsidRDefault="00C36425">
            <w:proofErr w:type="spellStart"/>
            <w:r>
              <w:rPr>
                <w:b/>
                <w:color w:val="1B3A4B"/>
              </w:rPr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1727E802" w14:textId="77777777" w:rsidR="00827D95" w:rsidRDefault="00C36425">
            <w:r>
              <w:t>Sokcho, Gangwon</w:t>
            </w:r>
          </w:p>
        </w:tc>
      </w:tr>
    </w:tbl>
    <w:p w14:paraId="1C08866F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16D723BC" w14:textId="77777777">
        <w:tc>
          <w:tcPr>
            <w:tcW w:w="10080" w:type="dxa"/>
            <w:gridSpan w:val="2"/>
            <w:shd w:val="clear" w:color="auto" w:fill="1B3A4B"/>
          </w:tcPr>
          <w:p w14:paraId="0E1A024E" w14:textId="77777777" w:rsidR="00827D95" w:rsidRDefault="00C36425">
            <w:r>
              <w:rPr>
                <w:b/>
                <w:color w:val="FFFFFF"/>
                <w:sz w:val="28"/>
              </w:rPr>
              <w:t>День 3</w:t>
            </w:r>
          </w:p>
        </w:tc>
      </w:tr>
      <w:tr w:rsidR="00827D95" w14:paraId="2EA810AF" w14:textId="77777777">
        <w:tc>
          <w:tcPr>
            <w:tcW w:w="1701" w:type="dxa"/>
          </w:tcPr>
          <w:p w14:paraId="56829C04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6BA8328C" w14:textId="77777777" w:rsidR="00827D95" w:rsidRDefault="00C36425">
            <w:r>
              <w:t>March 22, 2027</w:t>
            </w:r>
          </w:p>
        </w:tc>
      </w:tr>
      <w:tr w:rsidR="00827D95" w:rsidRPr="002D5A19" w14:paraId="55CBA7A7" w14:textId="77777777">
        <w:tc>
          <w:tcPr>
            <w:tcW w:w="1701" w:type="dxa"/>
          </w:tcPr>
          <w:p w14:paraId="0094CBBD" w14:textId="77777777" w:rsidR="00827D95" w:rsidRDefault="00C36425">
            <w:r>
              <w:rPr>
                <w:b/>
                <w:color w:val="1B3A4B"/>
              </w:rPr>
              <w:t>09:00</w:t>
            </w:r>
          </w:p>
        </w:tc>
        <w:tc>
          <w:tcPr>
            <w:tcW w:w="7937" w:type="dxa"/>
          </w:tcPr>
          <w:p w14:paraId="6758D40B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 xml:space="preserve">Национальный парк </w:t>
            </w:r>
            <w:proofErr w:type="spellStart"/>
            <w:r w:rsidRPr="002D5A19">
              <w:rPr>
                <w:b/>
                <w:lang w:val="ru-RU"/>
              </w:rPr>
              <w:t>Сораксан</w:t>
            </w:r>
            <w:proofErr w:type="spellEnd"/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6.00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Национальный парк </w:t>
            </w:r>
            <w:proofErr w:type="spellStart"/>
            <w:r w:rsidRPr="002D5A19">
              <w:rPr>
                <w:lang w:val="ru-RU"/>
              </w:rPr>
              <w:t>Сораксан</w:t>
            </w:r>
            <w:proofErr w:type="spellEnd"/>
            <w:r w:rsidRPr="002D5A19">
              <w:rPr>
                <w:lang w:val="ru-RU"/>
              </w:rPr>
              <w:t xml:space="preserve"> (букв. "Снежные вершины") считается самым красивым национальным парком Южной Кореи. В 1982 году парк был включен список "наиболее важных объектов природного насле</w:t>
            </w:r>
            <w:r w:rsidRPr="002D5A19">
              <w:rPr>
                <w:lang w:val="ru-RU"/>
              </w:rPr>
              <w:t>дия ЮНЕСКО".</w:t>
            </w:r>
            <w:r w:rsidRPr="002D5A19">
              <w:rPr>
                <w:lang w:val="ru-RU"/>
              </w:rPr>
              <w:br/>
              <w:t>Площадь парка 373 квадратных километра, расположен парк в провинции Канвондо.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Национальный парк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Сораксан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: канатная дорога, храм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Синхынса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, Качающаяся скала</w:t>
            </w:r>
            <w:r w:rsidRPr="002D5A19">
              <w:rPr>
                <w:lang w:val="ru-RU"/>
              </w:rPr>
              <w:br/>
              <w:t xml:space="preserve">В Национальном парке </w:t>
            </w:r>
            <w:proofErr w:type="spellStart"/>
            <w:r w:rsidRPr="002D5A19">
              <w:rPr>
                <w:lang w:val="ru-RU"/>
              </w:rPr>
              <w:t>Сораксан</w:t>
            </w:r>
            <w:proofErr w:type="spellEnd"/>
            <w:r w:rsidRPr="002D5A19">
              <w:rPr>
                <w:lang w:val="ru-RU"/>
              </w:rPr>
              <w:t xml:space="preserve"> имеется канатная дорога, которой мы и воспользуемся, ч</w:t>
            </w:r>
            <w:r w:rsidRPr="002D5A19">
              <w:rPr>
                <w:lang w:val="ru-RU"/>
              </w:rPr>
              <w:t xml:space="preserve">тобы добраться почти до вершины одного из пиков </w:t>
            </w:r>
            <w:proofErr w:type="spellStart"/>
            <w:r w:rsidRPr="002D5A19">
              <w:rPr>
                <w:lang w:val="ru-RU"/>
              </w:rPr>
              <w:t>Сораксан</w:t>
            </w:r>
            <w:proofErr w:type="spellEnd"/>
            <w:r w:rsidRPr="002D5A19">
              <w:rPr>
                <w:lang w:val="ru-RU"/>
              </w:rPr>
              <w:t xml:space="preserve">, на котором расположены развалины древней крепости </w:t>
            </w:r>
            <w:proofErr w:type="spellStart"/>
            <w:r w:rsidRPr="002D5A19">
              <w:rPr>
                <w:lang w:val="ru-RU"/>
              </w:rPr>
              <w:t>Квонгымсон</w:t>
            </w:r>
            <w:proofErr w:type="spellEnd"/>
            <w:r w:rsidRPr="002D5A19">
              <w:rPr>
                <w:lang w:val="ru-RU"/>
              </w:rPr>
              <w:t xml:space="preserve"> (букв., "Крепость Квон </w:t>
            </w:r>
            <w:proofErr w:type="spellStart"/>
            <w:r w:rsidRPr="002D5A19">
              <w:rPr>
                <w:lang w:val="ru-RU"/>
              </w:rPr>
              <w:t>Гым</w:t>
            </w:r>
            <w:proofErr w:type="spellEnd"/>
            <w:r w:rsidRPr="002D5A19">
              <w:rPr>
                <w:lang w:val="ru-RU"/>
              </w:rPr>
              <w:t xml:space="preserve">"). До самого пика мы добираемся пешком </w:t>
            </w:r>
            <w:proofErr w:type="gramStart"/>
            <w:r w:rsidRPr="002D5A19">
              <w:rPr>
                <w:lang w:val="ru-RU"/>
              </w:rPr>
              <w:t>- это</w:t>
            </w:r>
            <w:proofErr w:type="gramEnd"/>
            <w:r w:rsidRPr="002D5A19">
              <w:rPr>
                <w:lang w:val="ru-RU"/>
              </w:rPr>
              <w:t xml:space="preserve"> около 20-30 минут. С этой вершины открывается великолепная панора</w:t>
            </w:r>
            <w:r w:rsidRPr="002D5A19">
              <w:rPr>
                <w:lang w:val="ru-RU"/>
              </w:rPr>
              <w:t xml:space="preserve">ма на Восточное море, курортный город </w:t>
            </w:r>
            <w:proofErr w:type="spellStart"/>
            <w:r w:rsidRPr="002D5A19">
              <w:rPr>
                <w:lang w:val="ru-RU"/>
              </w:rPr>
              <w:t>Сокчо</w:t>
            </w:r>
            <w:proofErr w:type="spellEnd"/>
            <w:r w:rsidRPr="002D5A19">
              <w:rPr>
                <w:lang w:val="ru-RU"/>
              </w:rPr>
              <w:t xml:space="preserve"> и горный массив парка. Недалеко от нижней станции гондолы расположен храм </w:t>
            </w:r>
            <w:proofErr w:type="spellStart"/>
            <w:r w:rsidRPr="002D5A19">
              <w:rPr>
                <w:lang w:val="ru-RU"/>
              </w:rPr>
              <w:t>Синынса</w:t>
            </w:r>
            <w:proofErr w:type="spellEnd"/>
            <w:r w:rsidRPr="002D5A19">
              <w:rPr>
                <w:lang w:val="ru-RU"/>
              </w:rPr>
              <w:t xml:space="preserve"> (первоначально построен в 6 веке; однако позднее много раз перестраивался). К комплексу храма относится статуя Будды Объединения (</w:t>
            </w:r>
            <w:proofErr w:type="spellStart"/>
            <w:r w:rsidRPr="002D5A19">
              <w:rPr>
                <w:lang w:val="ru-RU"/>
              </w:rPr>
              <w:t>Тхониль</w:t>
            </w:r>
            <w:proofErr w:type="spellEnd"/>
            <w:r w:rsidRPr="002D5A19">
              <w:rPr>
                <w:lang w:val="ru-RU"/>
              </w:rPr>
              <w:t xml:space="preserve"> Будда), название которой отражает стремление корейцев к объединению страны. Живописный маршрут ведет нас до </w:t>
            </w:r>
            <w:proofErr w:type="spellStart"/>
            <w:r w:rsidRPr="002D5A19">
              <w:rPr>
                <w:lang w:val="ru-RU"/>
              </w:rPr>
              <w:t>Хындыль</w:t>
            </w:r>
            <w:proofErr w:type="spellEnd"/>
            <w:r w:rsidRPr="002D5A19">
              <w:rPr>
                <w:lang w:val="ru-RU"/>
              </w:rPr>
              <w:t xml:space="preserve"> </w:t>
            </w:r>
            <w:proofErr w:type="spellStart"/>
            <w:r w:rsidRPr="002D5A19">
              <w:rPr>
                <w:lang w:val="ru-RU"/>
              </w:rPr>
              <w:t>Пави</w:t>
            </w:r>
            <w:proofErr w:type="spellEnd"/>
            <w:r w:rsidRPr="002D5A19">
              <w:rPr>
                <w:lang w:val="ru-RU"/>
              </w:rPr>
              <w:t xml:space="preserve"> ("качающаяся скала"). Огромная скала качнется от прикосновения одного человека. Опционально, если все согласны: желающим поднят</w:t>
            </w:r>
            <w:r w:rsidRPr="002D5A19">
              <w:rPr>
                <w:lang w:val="ru-RU"/>
              </w:rPr>
              <w:t xml:space="preserve">ься на вершину горы Ульсан </w:t>
            </w:r>
            <w:proofErr w:type="spellStart"/>
            <w:r w:rsidRPr="002D5A19">
              <w:rPr>
                <w:lang w:val="ru-RU"/>
              </w:rPr>
              <w:t>Пави</w:t>
            </w:r>
            <w:proofErr w:type="spellEnd"/>
            <w:r w:rsidRPr="002D5A19">
              <w:rPr>
                <w:lang w:val="ru-RU"/>
              </w:rPr>
              <w:t xml:space="preserve"> придется немного напрячься - высота скалы составляет 873 м.</w:t>
            </w:r>
          </w:p>
        </w:tc>
      </w:tr>
      <w:tr w:rsidR="00827D95" w14:paraId="441B08FA" w14:textId="77777777">
        <w:tc>
          <w:tcPr>
            <w:tcW w:w="1701" w:type="dxa"/>
          </w:tcPr>
          <w:p w14:paraId="00EB8811" w14:textId="77777777" w:rsidR="00827D95" w:rsidRDefault="00C36425">
            <w:r>
              <w:rPr>
                <w:b/>
                <w:color w:val="1B3A4B"/>
              </w:rPr>
              <w:t>16:00</w:t>
            </w:r>
          </w:p>
        </w:tc>
        <w:tc>
          <w:tcPr>
            <w:tcW w:w="7937" w:type="dxa"/>
          </w:tcPr>
          <w:p w14:paraId="66CF91D8" w14:textId="77777777" w:rsidR="00827D95" w:rsidRDefault="00C36425">
            <w:r w:rsidRPr="002D5A19">
              <w:rPr>
                <w:b/>
                <w:lang w:val="ru-RU"/>
              </w:rPr>
              <w:t xml:space="preserve">Храм </w:t>
            </w:r>
            <w:proofErr w:type="spellStart"/>
            <w:r w:rsidRPr="002D5A19">
              <w:rPr>
                <w:b/>
                <w:lang w:val="ru-RU"/>
              </w:rPr>
              <w:t>Наксанса</w:t>
            </w:r>
            <w:proofErr w:type="spellEnd"/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3.00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На берегу Восточного моря, раскинулся один из самых живописных и старейших храмов Кореи - </w:t>
            </w:r>
            <w:proofErr w:type="spellStart"/>
            <w:r w:rsidRPr="002D5A19">
              <w:rPr>
                <w:lang w:val="ru-RU"/>
              </w:rPr>
              <w:t>Наксанса</w:t>
            </w:r>
            <w:proofErr w:type="spellEnd"/>
            <w:r w:rsidRPr="002D5A19">
              <w:rPr>
                <w:lang w:val="ru-RU"/>
              </w:rPr>
              <w:t>.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буддийский храм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Наксан-са</w:t>
            </w:r>
            <w:proofErr w:type="spellEnd"/>
            <w:r w:rsidRPr="002D5A19">
              <w:rPr>
                <w:lang w:val="ru-RU"/>
              </w:rPr>
              <w:br/>
              <w:t xml:space="preserve">Один из старейших буддийских храмов Кореи, основанный легендарным монахом </w:t>
            </w:r>
            <w:proofErr w:type="spellStart"/>
            <w:r w:rsidRPr="002D5A19">
              <w:rPr>
                <w:lang w:val="ru-RU"/>
              </w:rPr>
              <w:t>Ыйсаном</w:t>
            </w:r>
            <w:proofErr w:type="spellEnd"/>
            <w:r w:rsidRPr="002D5A19">
              <w:rPr>
                <w:lang w:val="ru-RU"/>
              </w:rPr>
              <w:t xml:space="preserve"> (7 век н.э.). Кроме того, </w:t>
            </w:r>
            <w:proofErr w:type="spellStart"/>
            <w:r w:rsidRPr="002D5A19">
              <w:rPr>
                <w:lang w:val="ru-RU"/>
              </w:rPr>
              <w:t>Наксан-са</w:t>
            </w:r>
            <w:proofErr w:type="spellEnd"/>
            <w:r w:rsidRPr="002D5A19">
              <w:rPr>
                <w:lang w:val="ru-RU"/>
              </w:rPr>
              <w:t xml:space="preserve"> считается (и по праву) одним из "Прекраснейших восьми мест </w:t>
            </w:r>
            <w:proofErr w:type="spellStart"/>
            <w:r w:rsidRPr="002D5A19">
              <w:rPr>
                <w:lang w:val="ru-RU"/>
              </w:rPr>
              <w:t>Квандона</w:t>
            </w:r>
            <w:proofErr w:type="spellEnd"/>
            <w:r w:rsidRPr="002D5A19">
              <w:rPr>
                <w:lang w:val="ru-RU"/>
              </w:rPr>
              <w:t>" (</w:t>
            </w:r>
            <w:proofErr w:type="spellStart"/>
            <w:r w:rsidRPr="002D5A19">
              <w:rPr>
                <w:lang w:val="ru-RU"/>
              </w:rPr>
              <w:t>Квандон</w:t>
            </w:r>
            <w:proofErr w:type="spellEnd"/>
            <w:r w:rsidRPr="002D5A19">
              <w:rPr>
                <w:lang w:val="ru-RU"/>
              </w:rPr>
              <w:t xml:space="preserve"> - часть провинции Канвондо между </w:t>
            </w:r>
            <w:r w:rsidRPr="002D5A19">
              <w:rPr>
                <w:lang w:val="ru-RU"/>
              </w:rPr>
              <w:t xml:space="preserve">Восточным морем и горным хребтом </w:t>
            </w:r>
            <w:proofErr w:type="spellStart"/>
            <w:r w:rsidRPr="002D5A19">
              <w:rPr>
                <w:lang w:val="ru-RU"/>
              </w:rPr>
              <w:t>Тхэбэк</w:t>
            </w:r>
            <w:proofErr w:type="spellEnd"/>
            <w:r w:rsidRPr="002D5A19">
              <w:rPr>
                <w:lang w:val="ru-RU"/>
              </w:rPr>
              <w:t xml:space="preserve">). </w:t>
            </w:r>
            <w:proofErr w:type="spellStart"/>
            <w:r>
              <w:t>Судите</w:t>
            </w:r>
            <w:proofErr w:type="spellEnd"/>
            <w:r>
              <w:t xml:space="preserve"> </w:t>
            </w:r>
            <w:proofErr w:type="spellStart"/>
            <w:r>
              <w:t>сами</w:t>
            </w:r>
            <w:proofErr w:type="spellEnd"/>
            <w:r>
              <w:t>...</w:t>
            </w:r>
          </w:p>
        </w:tc>
      </w:tr>
      <w:tr w:rsidR="00827D95" w:rsidRPr="002D5A19" w14:paraId="6BF0D7EE" w14:textId="77777777">
        <w:tc>
          <w:tcPr>
            <w:tcW w:w="1701" w:type="dxa"/>
          </w:tcPr>
          <w:p w14:paraId="5C342746" w14:textId="77777777" w:rsidR="00827D95" w:rsidRDefault="00C36425">
            <w:r>
              <w:rPr>
                <w:b/>
                <w:color w:val="1B3A4B"/>
              </w:rPr>
              <w:t>18:00</w:t>
            </w:r>
          </w:p>
        </w:tc>
        <w:tc>
          <w:tcPr>
            <w:tcW w:w="7937" w:type="dxa"/>
          </w:tcPr>
          <w:p w14:paraId="57D39B12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>ужин, корейская кухня</w:t>
            </w:r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1.00 часов</w:t>
            </w:r>
            <w:r w:rsidRPr="002D5A19">
              <w:rPr>
                <w:lang w:val="ru-RU"/>
              </w:rPr>
              <w:br/>
            </w:r>
          </w:p>
        </w:tc>
      </w:tr>
      <w:tr w:rsidR="00827D95" w:rsidRPr="002D5A19" w14:paraId="6281E32A" w14:textId="77777777">
        <w:tc>
          <w:tcPr>
            <w:tcW w:w="1701" w:type="dxa"/>
          </w:tcPr>
          <w:p w14:paraId="1198AFDD" w14:textId="77777777" w:rsidR="00827D95" w:rsidRPr="002D5A19" w:rsidRDefault="00827D95">
            <w:pPr>
              <w:rPr>
                <w:lang w:val="ru-RU"/>
              </w:rPr>
            </w:pPr>
          </w:p>
        </w:tc>
        <w:tc>
          <w:tcPr>
            <w:tcW w:w="7937" w:type="dxa"/>
          </w:tcPr>
          <w:p w14:paraId="299F6211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lang w:val="ru-RU"/>
              </w:rPr>
              <w:br/>
              <w:t xml:space="preserve">Трансфер в </w:t>
            </w:r>
            <w:proofErr w:type="spellStart"/>
            <w:r w:rsidRPr="002D5A19">
              <w:rPr>
                <w:lang w:val="ru-RU"/>
              </w:rPr>
              <w:t>Андон</w:t>
            </w:r>
            <w:proofErr w:type="spellEnd"/>
            <w:r w:rsidRPr="002D5A19">
              <w:rPr>
                <w:lang w:val="ru-RU"/>
              </w:rPr>
              <w:t xml:space="preserve"> (около 3 часов). Ночь в отеле в </w:t>
            </w:r>
            <w:proofErr w:type="spellStart"/>
            <w:r w:rsidRPr="002D5A19">
              <w:rPr>
                <w:lang w:val="ru-RU"/>
              </w:rPr>
              <w:t>Андоне</w:t>
            </w:r>
            <w:proofErr w:type="spellEnd"/>
          </w:p>
        </w:tc>
      </w:tr>
      <w:tr w:rsidR="00827D95" w14:paraId="1041BD9E" w14:textId="77777777">
        <w:tc>
          <w:tcPr>
            <w:tcW w:w="1701" w:type="dxa"/>
          </w:tcPr>
          <w:p w14:paraId="2BF4BCEB" w14:textId="77777777" w:rsidR="00827D95" w:rsidRDefault="00C36425">
            <w:proofErr w:type="spellStart"/>
            <w:r>
              <w:rPr>
                <w:b/>
                <w:color w:val="1B3A4B"/>
              </w:rPr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6700441B" w14:textId="77777777" w:rsidR="00827D95" w:rsidRDefault="00C36425">
            <w:r>
              <w:t>Andong, North Gyeongsang</w:t>
            </w:r>
          </w:p>
        </w:tc>
      </w:tr>
    </w:tbl>
    <w:p w14:paraId="451408E6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02674D2D" w14:textId="77777777">
        <w:tc>
          <w:tcPr>
            <w:tcW w:w="10080" w:type="dxa"/>
            <w:gridSpan w:val="2"/>
            <w:shd w:val="clear" w:color="auto" w:fill="1B3A4B"/>
          </w:tcPr>
          <w:p w14:paraId="2CA649BB" w14:textId="77777777" w:rsidR="00827D95" w:rsidRDefault="00C36425">
            <w:r>
              <w:rPr>
                <w:b/>
                <w:color w:val="FFFFFF"/>
                <w:sz w:val="28"/>
              </w:rPr>
              <w:lastRenderedPageBreak/>
              <w:t>День 4</w:t>
            </w:r>
          </w:p>
        </w:tc>
      </w:tr>
      <w:tr w:rsidR="00827D95" w14:paraId="71384A99" w14:textId="77777777">
        <w:tc>
          <w:tcPr>
            <w:tcW w:w="1701" w:type="dxa"/>
          </w:tcPr>
          <w:p w14:paraId="50085A57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6B7E8EC7" w14:textId="77777777" w:rsidR="00827D95" w:rsidRDefault="00C36425">
            <w:r>
              <w:t>March 23, 2027</w:t>
            </w:r>
          </w:p>
        </w:tc>
      </w:tr>
      <w:tr w:rsidR="00827D95" w:rsidRPr="002D5A19" w14:paraId="0EA95D0D" w14:textId="77777777">
        <w:tc>
          <w:tcPr>
            <w:tcW w:w="1701" w:type="dxa"/>
          </w:tcPr>
          <w:p w14:paraId="1792B56A" w14:textId="77777777" w:rsidR="00827D95" w:rsidRDefault="00C36425">
            <w:r>
              <w:rPr>
                <w:b/>
                <w:color w:val="1B3A4B"/>
              </w:rPr>
              <w:t>09:00</w:t>
            </w:r>
          </w:p>
        </w:tc>
        <w:tc>
          <w:tcPr>
            <w:tcW w:w="7937" w:type="dxa"/>
          </w:tcPr>
          <w:p w14:paraId="72465149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 xml:space="preserve">Деревня </w:t>
            </w:r>
            <w:proofErr w:type="spellStart"/>
            <w:r w:rsidRPr="002D5A19">
              <w:rPr>
                <w:b/>
                <w:lang w:val="ru-RU"/>
              </w:rPr>
              <w:t>Хахве</w:t>
            </w:r>
            <w:proofErr w:type="spellEnd"/>
            <w:r w:rsidRPr="002D5A19">
              <w:rPr>
                <w:b/>
                <w:lang w:val="ru-RU"/>
              </w:rPr>
              <w:t xml:space="preserve"> и академия </w:t>
            </w:r>
            <w:proofErr w:type="spellStart"/>
            <w:r w:rsidRPr="002D5A19">
              <w:rPr>
                <w:b/>
                <w:lang w:val="ru-RU"/>
              </w:rPr>
              <w:t>Пёнсан</w:t>
            </w:r>
            <w:proofErr w:type="spellEnd"/>
            <w:r w:rsidRPr="002D5A19">
              <w:rPr>
                <w:b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lang w:val="ru-RU"/>
              </w:rPr>
              <w:t>Совон</w:t>
            </w:r>
            <w:proofErr w:type="spellEnd"/>
            <w:r w:rsidRPr="002D5A19">
              <w:rPr>
                <w:b/>
                <w:lang w:val="ru-RU"/>
              </w:rPr>
              <w:t xml:space="preserve">: конфуцианское наследие </w:t>
            </w:r>
            <w:proofErr w:type="spellStart"/>
            <w:r w:rsidRPr="002D5A19">
              <w:rPr>
                <w:b/>
                <w:lang w:val="ru-RU"/>
              </w:rPr>
              <w:t>Андона</w:t>
            </w:r>
            <w:proofErr w:type="spellEnd"/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4.00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Деревня, где живут достаточно пожилые жители... Что же в ней такого особенного? Она включена в список Всемирного наследия ЮНЕСКО! Мало того, </w:t>
            </w:r>
            <w:r w:rsidRPr="002D5A19">
              <w:rPr>
                <w:lang w:val="ru-RU"/>
              </w:rPr>
              <w:t xml:space="preserve">в этой же деревне отмечала свой день рождения королева Елизавета </w:t>
            </w:r>
            <w:r>
              <w:t>II</w:t>
            </w:r>
            <w:r w:rsidRPr="002D5A19">
              <w:rPr>
                <w:lang w:val="ru-RU"/>
              </w:rPr>
              <w:t>!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Завод по производству традиционной корейской бумаги "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ханчжи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" в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Андоне</w:t>
            </w:r>
            <w:proofErr w:type="spellEnd"/>
            <w:r w:rsidRPr="002D5A19">
              <w:rPr>
                <w:lang w:val="ru-RU"/>
              </w:rPr>
              <w:br/>
              <w:t xml:space="preserve">По дороге в деревню </w:t>
            </w:r>
            <w:proofErr w:type="spellStart"/>
            <w:r w:rsidRPr="002D5A19">
              <w:rPr>
                <w:lang w:val="ru-RU"/>
              </w:rPr>
              <w:t>Хахве</w:t>
            </w:r>
            <w:proofErr w:type="spellEnd"/>
            <w:r w:rsidRPr="002D5A19">
              <w:rPr>
                <w:lang w:val="ru-RU"/>
              </w:rPr>
              <w:t xml:space="preserve"> расположился небольшой завод, где производят традиционную корейскую бумагу "</w:t>
            </w:r>
            <w:proofErr w:type="spellStart"/>
            <w:r w:rsidRPr="002D5A19">
              <w:rPr>
                <w:lang w:val="ru-RU"/>
              </w:rPr>
              <w:t>ханчжи</w:t>
            </w:r>
            <w:proofErr w:type="spellEnd"/>
            <w:r w:rsidRPr="002D5A19">
              <w:rPr>
                <w:lang w:val="ru-RU"/>
              </w:rPr>
              <w:t>". За</w:t>
            </w:r>
            <w:r w:rsidRPr="002D5A19">
              <w:rPr>
                <w:lang w:val="ru-RU"/>
              </w:rPr>
              <w:t xml:space="preserve">вод открыт для широкой публики: вы можете пройти по цехам и познакомиться с процессом изготовления бумаги, </w:t>
            </w:r>
            <w:proofErr w:type="gramStart"/>
            <w:r w:rsidRPr="002D5A19">
              <w:rPr>
                <w:lang w:val="ru-RU"/>
              </w:rPr>
              <w:t>сырьем .</w:t>
            </w:r>
            <w:proofErr w:type="gramEnd"/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Деревня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Хахве</w:t>
            </w:r>
            <w:proofErr w:type="spellEnd"/>
            <w:r w:rsidRPr="002D5A19">
              <w:rPr>
                <w:lang w:val="ru-RU"/>
              </w:rPr>
              <w:br/>
            </w:r>
            <w:proofErr w:type="spellStart"/>
            <w:r w:rsidRPr="002D5A19">
              <w:rPr>
                <w:lang w:val="ru-RU"/>
              </w:rPr>
              <w:t>Хахве</w:t>
            </w:r>
            <w:proofErr w:type="spellEnd"/>
            <w:r w:rsidRPr="002D5A19">
              <w:rPr>
                <w:lang w:val="ru-RU"/>
              </w:rPr>
              <w:t xml:space="preserve"> - деревня, с трех сторон окруженная рекой </w:t>
            </w:r>
            <w:proofErr w:type="spellStart"/>
            <w:r w:rsidRPr="002D5A19">
              <w:rPr>
                <w:lang w:val="ru-RU"/>
              </w:rPr>
              <w:t>Нактонган</w:t>
            </w:r>
            <w:proofErr w:type="spellEnd"/>
            <w:r w:rsidRPr="002D5A19">
              <w:rPr>
                <w:lang w:val="ru-RU"/>
              </w:rPr>
              <w:t>, как бы расположена в петле этой реки; от этой географической осо</w:t>
            </w:r>
            <w:r w:rsidRPr="002D5A19">
              <w:rPr>
                <w:lang w:val="ru-RU"/>
              </w:rPr>
              <w:t xml:space="preserve">бенности и происходит название деревни - буквально "петля реки". </w:t>
            </w:r>
            <w:proofErr w:type="spellStart"/>
            <w:r w:rsidRPr="002D5A19">
              <w:rPr>
                <w:lang w:val="ru-RU"/>
              </w:rPr>
              <w:t>Хахве</w:t>
            </w:r>
            <w:proofErr w:type="spellEnd"/>
            <w:r w:rsidRPr="002D5A19">
              <w:rPr>
                <w:lang w:val="ru-RU"/>
              </w:rPr>
              <w:t xml:space="preserve"> знаменита своими сохранившимися и до сих пор используемыми хозяевами старинными домами - как крестьянскими, так и домами аристократов; знаменитым танцем с масками "</w:t>
            </w:r>
            <w:proofErr w:type="spellStart"/>
            <w:r w:rsidRPr="002D5A19">
              <w:rPr>
                <w:lang w:val="ru-RU"/>
              </w:rPr>
              <w:t>Тхальчхум</w:t>
            </w:r>
            <w:proofErr w:type="spellEnd"/>
            <w:r w:rsidRPr="002D5A19">
              <w:rPr>
                <w:lang w:val="ru-RU"/>
              </w:rPr>
              <w:t>", а также и</w:t>
            </w:r>
            <w:r w:rsidRPr="002D5A19">
              <w:rPr>
                <w:lang w:val="ru-RU"/>
              </w:rPr>
              <w:t xml:space="preserve"> древнейшим сохранившимся набором этих самых деревянных масок для танцев. В 1999 году королева Великобритании Елизавета отметила в деревне свой день Рождения. Регулярное представление танца с масками будет приятным живым дополнением к экскурсии (представле</w:t>
            </w:r>
            <w:r w:rsidRPr="002D5A19">
              <w:rPr>
                <w:lang w:val="ru-RU"/>
              </w:rPr>
              <w:t>ние может не проводиться в данный день, в зависимости от сезона и дня недели).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Конфуцианская академия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Пёнсан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Совон</w:t>
            </w:r>
            <w:proofErr w:type="spellEnd"/>
            <w:r w:rsidRPr="002D5A19">
              <w:rPr>
                <w:lang w:val="ru-RU"/>
              </w:rPr>
              <w:br/>
              <w:t>Типичное частное учебное заведение (сейчас - музей), в котором юные представители правящей элиты Чосон - янбане - получали достойное конфу</w:t>
            </w:r>
            <w:r w:rsidRPr="002D5A19">
              <w:rPr>
                <w:lang w:val="ru-RU"/>
              </w:rPr>
              <w:t xml:space="preserve">цианское </w:t>
            </w:r>
            <w:proofErr w:type="gramStart"/>
            <w:r w:rsidRPr="002D5A19">
              <w:rPr>
                <w:lang w:val="ru-RU"/>
              </w:rPr>
              <w:t>образование, с тем, чтобы</w:t>
            </w:r>
            <w:proofErr w:type="gramEnd"/>
            <w:r w:rsidRPr="002D5A19">
              <w:rPr>
                <w:lang w:val="ru-RU"/>
              </w:rPr>
              <w:t xml:space="preserve"> в дальнейшем сдать государственные экзамены и поступить на службу. Свое название, включающее слово "</w:t>
            </w:r>
            <w:proofErr w:type="spellStart"/>
            <w:r w:rsidRPr="002D5A19">
              <w:rPr>
                <w:lang w:val="ru-RU"/>
              </w:rPr>
              <w:t>совон</w:t>
            </w:r>
            <w:proofErr w:type="spellEnd"/>
            <w:r w:rsidRPr="002D5A19">
              <w:rPr>
                <w:lang w:val="ru-RU"/>
              </w:rPr>
              <w:t xml:space="preserve">", это заведение получило в память о знаменитом премьер-министре Чосон, </w:t>
            </w:r>
            <w:proofErr w:type="spellStart"/>
            <w:r w:rsidRPr="002D5A19">
              <w:rPr>
                <w:lang w:val="ru-RU"/>
              </w:rPr>
              <w:t>Рю</w:t>
            </w:r>
            <w:proofErr w:type="spellEnd"/>
            <w:r w:rsidRPr="002D5A19">
              <w:rPr>
                <w:lang w:val="ru-RU"/>
              </w:rPr>
              <w:t xml:space="preserve"> </w:t>
            </w:r>
            <w:proofErr w:type="spellStart"/>
            <w:r w:rsidRPr="002D5A19">
              <w:rPr>
                <w:lang w:val="ru-RU"/>
              </w:rPr>
              <w:t>Сонннёне</w:t>
            </w:r>
            <w:proofErr w:type="spellEnd"/>
            <w:r w:rsidRPr="002D5A19">
              <w:rPr>
                <w:lang w:val="ru-RU"/>
              </w:rPr>
              <w:t>, проживавшем неподалёку, в дерев</w:t>
            </w:r>
            <w:r w:rsidRPr="002D5A19">
              <w:rPr>
                <w:lang w:val="ru-RU"/>
              </w:rPr>
              <w:t xml:space="preserve">не </w:t>
            </w:r>
            <w:proofErr w:type="spellStart"/>
            <w:r w:rsidRPr="002D5A19">
              <w:rPr>
                <w:lang w:val="ru-RU"/>
              </w:rPr>
              <w:t>Хахве</w:t>
            </w:r>
            <w:proofErr w:type="spellEnd"/>
            <w:r w:rsidRPr="002D5A19">
              <w:rPr>
                <w:lang w:val="ru-RU"/>
              </w:rPr>
              <w:t xml:space="preserve">. Ах, какой вид открывается из </w:t>
            </w:r>
            <w:proofErr w:type="spellStart"/>
            <w:r w:rsidRPr="002D5A19">
              <w:rPr>
                <w:lang w:val="ru-RU"/>
              </w:rPr>
              <w:t>Пёнсан</w:t>
            </w:r>
            <w:proofErr w:type="spellEnd"/>
            <w:r w:rsidRPr="002D5A19">
              <w:rPr>
                <w:lang w:val="ru-RU"/>
              </w:rPr>
              <w:t xml:space="preserve"> </w:t>
            </w:r>
            <w:proofErr w:type="spellStart"/>
            <w:r w:rsidRPr="002D5A19">
              <w:rPr>
                <w:lang w:val="ru-RU"/>
              </w:rPr>
              <w:t>Совон</w:t>
            </w:r>
            <w:proofErr w:type="spellEnd"/>
            <w:r w:rsidRPr="002D5A19">
              <w:rPr>
                <w:lang w:val="ru-RU"/>
              </w:rPr>
              <w:t xml:space="preserve"> на романтичные горы и реку!</w:t>
            </w:r>
          </w:p>
        </w:tc>
      </w:tr>
      <w:tr w:rsidR="00827D95" w:rsidRPr="002D5A19" w14:paraId="1B0D9A2C" w14:textId="77777777">
        <w:tc>
          <w:tcPr>
            <w:tcW w:w="1701" w:type="dxa"/>
          </w:tcPr>
          <w:p w14:paraId="12637532" w14:textId="77777777" w:rsidR="00827D95" w:rsidRPr="002D5A19" w:rsidRDefault="00827D95">
            <w:pPr>
              <w:rPr>
                <w:lang w:val="ru-RU"/>
              </w:rPr>
            </w:pPr>
          </w:p>
        </w:tc>
        <w:tc>
          <w:tcPr>
            <w:tcW w:w="7937" w:type="dxa"/>
          </w:tcPr>
          <w:p w14:paraId="0C93BEDB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lang w:val="ru-RU"/>
              </w:rPr>
              <w:br/>
              <w:t xml:space="preserve">Трансфер в </w:t>
            </w:r>
            <w:proofErr w:type="spellStart"/>
            <w:r w:rsidRPr="002D5A19">
              <w:rPr>
                <w:lang w:val="ru-RU"/>
              </w:rPr>
              <w:t>Кёнчжу</w:t>
            </w:r>
            <w:proofErr w:type="spellEnd"/>
            <w:r w:rsidRPr="002D5A19">
              <w:rPr>
                <w:lang w:val="ru-RU"/>
              </w:rPr>
              <w:t xml:space="preserve"> (</w:t>
            </w:r>
            <w:proofErr w:type="spellStart"/>
            <w:r w:rsidRPr="002D5A19">
              <w:rPr>
                <w:lang w:val="ru-RU"/>
              </w:rPr>
              <w:t>ок</w:t>
            </w:r>
            <w:proofErr w:type="spellEnd"/>
            <w:r w:rsidRPr="002D5A19">
              <w:rPr>
                <w:lang w:val="ru-RU"/>
              </w:rPr>
              <w:t>. 2 часов).</w:t>
            </w:r>
          </w:p>
        </w:tc>
      </w:tr>
      <w:tr w:rsidR="00827D95" w:rsidRPr="002D5A19" w14:paraId="10B243D0" w14:textId="77777777">
        <w:tc>
          <w:tcPr>
            <w:tcW w:w="1701" w:type="dxa"/>
          </w:tcPr>
          <w:p w14:paraId="73E04FD1" w14:textId="77777777" w:rsidR="00827D95" w:rsidRDefault="00C36425">
            <w:r>
              <w:rPr>
                <w:b/>
                <w:color w:val="1B3A4B"/>
              </w:rPr>
              <w:t>17:00</w:t>
            </w:r>
          </w:p>
        </w:tc>
        <w:tc>
          <w:tcPr>
            <w:tcW w:w="7937" w:type="dxa"/>
          </w:tcPr>
          <w:p w14:paraId="7F62E9DA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 xml:space="preserve">Ночная магия </w:t>
            </w:r>
            <w:proofErr w:type="spellStart"/>
            <w:r w:rsidRPr="002D5A19">
              <w:rPr>
                <w:b/>
                <w:lang w:val="ru-RU"/>
              </w:rPr>
              <w:t>Кёнчжу</w:t>
            </w:r>
            <w:proofErr w:type="spellEnd"/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3.00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Восточный дворец и пруд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Вольчжи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(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Анапчи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)</w:t>
            </w:r>
            <w:r w:rsidRPr="002D5A19">
              <w:rPr>
                <w:lang w:val="ru-RU"/>
              </w:rPr>
              <w:br/>
              <w:t>Практически построенный зано</w:t>
            </w:r>
            <w:r w:rsidRPr="002D5A19">
              <w:rPr>
                <w:lang w:val="ru-RU"/>
              </w:rPr>
              <w:t>во "Восточный дворец" является, тем не менее, прекрасным местом для прогулок, особенно вечером.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район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Хваннидан</w:t>
            </w:r>
            <w:proofErr w:type="spellEnd"/>
            <w:r w:rsidRPr="002D5A19">
              <w:rPr>
                <w:lang w:val="ru-RU"/>
              </w:rPr>
              <w:br/>
              <w:t xml:space="preserve">Всего несколько лет назад </w:t>
            </w:r>
            <w:proofErr w:type="spellStart"/>
            <w:r w:rsidRPr="002D5A19">
              <w:rPr>
                <w:lang w:val="ru-RU"/>
              </w:rPr>
              <w:t>Хваннам</w:t>
            </w:r>
            <w:proofErr w:type="spellEnd"/>
            <w:r w:rsidRPr="002D5A19">
              <w:rPr>
                <w:lang w:val="ru-RU"/>
              </w:rPr>
              <w:t>-донг начал оживать — с ростом популярности у молодежи сюда пришли уютные кафе, бутики, книжные лавки и суве</w:t>
            </w:r>
            <w:r w:rsidRPr="002D5A19">
              <w:rPr>
                <w:lang w:val="ru-RU"/>
              </w:rPr>
              <w:t xml:space="preserve">нирные магазины. Так родилась </w:t>
            </w:r>
            <w:proofErr w:type="spellStart"/>
            <w:r w:rsidRPr="002D5A19">
              <w:rPr>
                <w:lang w:val="ru-RU"/>
              </w:rPr>
              <w:t>Хваннидан</w:t>
            </w:r>
            <w:proofErr w:type="spellEnd"/>
            <w:r w:rsidRPr="002D5A19">
              <w:rPr>
                <w:lang w:val="ru-RU"/>
              </w:rPr>
              <w:t xml:space="preserve">-гиль — улица, без которой невозможно представить </w:t>
            </w:r>
            <w:proofErr w:type="spellStart"/>
            <w:r w:rsidRPr="002D5A19">
              <w:rPr>
                <w:lang w:val="ru-RU"/>
              </w:rPr>
              <w:t>Кёнчжу</w:t>
            </w:r>
            <w:proofErr w:type="spellEnd"/>
            <w:r w:rsidRPr="002D5A19">
              <w:rPr>
                <w:lang w:val="ru-RU"/>
              </w:rPr>
              <w:t xml:space="preserve"> сегодня. По вечерам здесь особенно красиво: в кафе на крыше можно встретить закат, глядя на море черепичных крыш традиционных корейских домов ханок. Узкие улочк</w:t>
            </w:r>
            <w:r w:rsidRPr="002D5A19">
              <w:rPr>
                <w:lang w:val="ru-RU"/>
              </w:rPr>
              <w:t xml:space="preserve">и, мягкий свет витрин и отсутствие высоток создают атмосферу уюта и старины. </w:t>
            </w:r>
            <w:proofErr w:type="spellStart"/>
            <w:r w:rsidRPr="002D5A19">
              <w:rPr>
                <w:lang w:val="ru-RU"/>
              </w:rPr>
              <w:t>Хваннидан</w:t>
            </w:r>
            <w:proofErr w:type="spellEnd"/>
            <w:r w:rsidRPr="002D5A19">
              <w:rPr>
                <w:lang w:val="ru-RU"/>
              </w:rPr>
              <w:t xml:space="preserve">-гиль находится рядом с древними курганами </w:t>
            </w:r>
            <w:proofErr w:type="spellStart"/>
            <w:r w:rsidRPr="002D5A19">
              <w:rPr>
                <w:lang w:val="ru-RU"/>
              </w:rPr>
              <w:t>Тэрынгвон</w:t>
            </w:r>
            <w:proofErr w:type="spellEnd"/>
            <w:r w:rsidRPr="002D5A19">
              <w:rPr>
                <w:lang w:val="ru-RU"/>
              </w:rPr>
              <w:t xml:space="preserve"> и охраняется как часть культурного наследия Кореи.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Обсерватория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Чхомсондэ</w:t>
            </w:r>
            <w:proofErr w:type="spellEnd"/>
            <w:r w:rsidRPr="002D5A19">
              <w:rPr>
                <w:lang w:val="ru-RU"/>
              </w:rPr>
              <w:br/>
            </w:r>
            <w:proofErr w:type="spellStart"/>
            <w:r w:rsidRPr="002D5A19">
              <w:rPr>
                <w:lang w:val="ru-RU"/>
              </w:rPr>
              <w:t>Чхомсондэ</w:t>
            </w:r>
            <w:proofErr w:type="spellEnd"/>
            <w:r w:rsidRPr="002D5A19">
              <w:rPr>
                <w:lang w:val="ru-RU"/>
              </w:rPr>
              <w:t xml:space="preserve"> - одна из старейших обсерватор</w:t>
            </w:r>
            <w:r w:rsidRPr="002D5A19">
              <w:rPr>
                <w:lang w:val="ru-RU"/>
              </w:rPr>
              <w:t xml:space="preserve">ий мира (7 в.). Башня обсерватории полна символизма: общее количество обтесанных камней, из которых она </w:t>
            </w:r>
            <w:r w:rsidRPr="002D5A19">
              <w:rPr>
                <w:lang w:val="ru-RU"/>
              </w:rPr>
              <w:lastRenderedPageBreak/>
              <w:t xml:space="preserve">сложена; количество рядов этих камней до и над небольшим окном, форма камней... Всему разумные </w:t>
            </w:r>
            <w:proofErr w:type="spellStart"/>
            <w:r w:rsidRPr="002D5A19">
              <w:rPr>
                <w:lang w:val="ru-RU"/>
              </w:rPr>
              <w:t>силлакцы</w:t>
            </w:r>
            <w:proofErr w:type="spellEnd"/>
            <w:r w:rsidRPr="002D5A19">
              <w:rPr>
                <w:lang w:val="ru-RU"/>
              </w:rPr>
              <w:t xml:space="preserve"> уделили внимание. Построена </w:t>
            </w:r>
            <w:proofErr w:type="spellStart"/>
            <w:r w:rsidRPr="002D5A19">
              <w:rPr>
                <w:lang w:val="ru-RU"/>
              </w:rPr>
              <w:t>Чхомсондэ</w:t>
            </w:r>
            <w:proofErr w:type="spellEnd"/>
            <w:r w:rsidRPr="002D5A19">
              <w:rPr>
                <w:lang w:val="ru-RU"/>
              </w:rPr>
              <w:t xml:space="preserve"> была при п</w:t>
            </w:r>
            <w:r w:rsidRPr="002D5A19">
              <w:rPr>
                <w:lang w:val="ru-RU"/>
              </w:rPr>
              <w:t xml:space="preserve">равящей королеве </w:t>
            </w:r>
            <w:proofErr w:type="spellStart"/>
            <w:r w:rsidRPr="002D5A19">
              <w:rPr>
                <w:lang w:val="ru-RU"/>
              </w:rPr>
              <w:t>Сондок</w:t>
            </w:r>
            <w:proofErr w:type="spellEnd"/>
            <w:r w:rsidRPr="002D5A19">
              <w:rPr>
                <w:lang w:val="ru-RU"/>
              </w:rPr>
              <w:t xml:space="preserve"> - одной из трех за всю историю Силла. Королева попала в </w:t>
            </w:r>
            <w:proofErr w:type="gramStart"/>
            <w:r w:rsidRPr="002D5A19">
              <w:rPr>
                <w:lang w:val="ru-RU"/>
              </w:rPr>
              <w:t>дораму ,</w:t>
            </w:r>
            <w:proofErr w:type="gramEnd"/>
            <w:r w:rsidRPr="002D5A19">
              <w:rPr>
                <w:lang w:val="ru-RU"/>
              </w:rPr>
              <w:t xml:space="preserve"> которая, конечно же, снималась в </w:t>
            </w:r>
            <w:proofErr w:type="spellStart"/>
            <w:r w:rsidRPr="002D5A19">
              <w:rPr>
                <w:lang w:val="ru-RU"/>
              </w:rPr>
              <w:t>Кёнчжу</w:t>
            </w:r>
            <w:proofErr w:type="spellEnd"/>
            <w:r w:rsidRPr="002D5A19">
              <w:rPr>
                <w:lang w:val="ru-RU"/>
              </w:rPr>
              <w:t>.</w:t>
            </w:r>
          </w:p>
        </w:tc>
      </w:tr>
      <w:tr w:rsidR="00827D95" w14:paraId="48BC456B" w14:textId="77777777">
        <w:tc>
          <w:tcPr>
            <w:tcW w:w="1701" w:type="dxa"/>
          </w:tcPr>
          <w:p w14:paraId="21E04088" w14:textId="77777777" w:rsidR="00827D95" w:rsidRDefault="00C36425">
            <w:proofErr w:type="spellStart"/>
            <w:r>
              <w:rPr>
                <w:b/>
                <w:color w:val="1B3A4B"/>
              </w:rPr>
              <w:lastRenderedPageBreak/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33185D33" w14:textId="77777777" w:rsidR="00827D95" w:rsidRDefault="00C36425">
            <w:r>
              <w:t>Gyeongju, North Gyeongsang</w:t>
            </w:r>
          </w:p>
        </w:tc>
      </w:tr>
    </w:tbl>
    <w:p w14:paraId="79BFF62E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3E55EB3D" w14:textId="77777777">
        <w:tc>
          <w:tcPr>
            <w:tcW w:w="10080" w:type="dxa"/>
            <w:gridSpan w:val="2"/>
            <w:shd w:val="clear" w:color="auto" w:fill="1B3A4B"/>
          </w:tcPr>
          <w:p w14:paraId="54543A85" w14:textId="77777777" w:rsidR="00827D95" w:rsidRDefault="00C36425">
            <w:r>
              <w:rPr>
                <w:b/>
                <w:color w:val="FFFFFF"/>
                <w:sz w:val="28"/>
              </w:rPr>
              <w:t>День 5</w:t>
            </w:r>
          </w:p>
        </w:tc>
      </w:tr>
      <w:tr w:rsidR="00827D95" w14:paraId="3F392C9D" w14:textId="77777777">
        <w:tc>
          <w:tcPr>
            <w:tcW w:w="1701" w:type="dxa"/>
          </w:tcPr>
          <w:p w14:paraId="012E64B9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6BDAAD59" w14:textId="77777777" w:rsidR="00827D95" w:rsidRDefault="00C36425">
            <w:r>
              <w:t>March 24, 2027</w:t>
            </w:r>
          </w:p>
        </w:tc>
      </w:tr>
      <w:tr w:rsidR="00827D95" w:rsidRPr="002D5A19" w14:paraId="2F14AC88" w14:textId="77777777">
        <w:tc>
          <w:tcPr>
            <w:tcW w:w="1701" w:type="dxa"/>
          </w:tcPr>
          <w:p w14:paraId="0F715D07" w14:textId="77777777" w:rsidR="00827D95" w:rsidRDefault="00C36425">
            <w:r>
              <w:rPr>
                <w:b/>
                <w:color w:val="1B3A4B"/>
              </w:rPr>
              <w:t>09:00</w:t>
            </w:r>
          </w:p>
        </w:tc>
        <w:tc>
          <w:tcPr>
            <w:tcW w:w="7937" w:type="dxa"/>
          </w:tcPr>
          <w:p w14:paraId="0B0A8ECB" w14:textId="77777777" w:rsidR="00827D95" w:rsidRPr="002D5A19" w:rsidRDefault="00C36425">
            <w:pPr>
              <w:rPr>
                <w:lang w:val="ru-RU"/>
              </w:rPr>
            </w:pPr>
            <w:proofErr w:type="spellStart"/>
            <w:r w:rsidRPr="002D5A19">
              <w:rPr>
                <w:b/>
                <w:lang w:val="ru-RU"/>
              </w:rPr>
              <w:t>Соккурам</w:t>
            </w:r>
            <w:proofErr w:type="spellEnd"/>
            <w:r w:rsidRPr="002D5A19">
              <w:rPr>
                <w:b/>
                <w:lang w:val="ru-RU"/>
              </w:rPr>
              <w:t xml:space="preserve"> и </w:t>
            </w:r>
            <w:proofErr w:type="spellStart"/>
            <w:r w:rsidRPr="002D5A19">
              <w:rPr>
                <w:b/>
                <w:lang w:val="ru-RU"/>
              </w:rPr>
              <w:t>Пульгукса</w:t>
            </w:r>
            <w:proofErr w:type="spellEnd"/>
            <w:r w:rsidRPr="002D5A19">
              <w:rPr>
                <w:b/>
                <w:lang w:val="ru-RU"/>
              </w:rPr>
              <w:t xml:space="preserve">: Сердце корейского </w:t>
            </w:r>
            <w:r w:rsidRPr="002D5A19">
              <w:rPr>
                <w:b/>
                <w:lang w:val="ru-RU"/>
              </w:rPr>
              <w:t>буддизма</w:t>
            </w:r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3.00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Высоко на покрытых лесом склонах горы </w:t>
            </w:r>
            <w:proofErr w:type="spellStart"/>
            <w:r w:rsidRPr="002D5A19">
              <w:rPr>
                <w:lang w:val="ru-RU"/>
              </w:rPr>
              <w:t>Тхохамсан</w:t>
            </w:r>
            <w:proofErr w:type="spellEnd"/>
            <w:r w:rsidRPr="002D5A19">
              <w:rPr>
                <w:lang w:val="ru-RU"/>
              </w:rPr>
              <w:t xml:space="preserve"> над древним </w:t>
            </w:r>
            <w:proofErr w:type="spellStart"/>
            <w:r w:rsidRPr="002D5A19">
              <w:rPr>
                <w:lang w:val="ru-RU"/>
              </w:rPr>
              <w:t>Кёнчжу</w:t>
            </w:r>
            <w:proofErr w:type="spellEnd"/>
            <w:r w:rsidRPr="002D5A19">
              <w:rPr>
                <w:lang w:val="ru-RU"/>
              </w:rPr>
              <w:t xml:space="preserve"> два объекта Всемирного наследия ЮНЕСКО рассказывают единую историю кармы, перерождения и сыновней преданности: пещерный храм </w:t>
            </w:r>
            <w:proofErr w:type="spellStart"/>
            <w:r w:rsidRPr="002D5A19">
              <w:rPr>
                <w:lang w:val="ru-RU"/>
              </w:rPr>
              <w:t>Соккурам</w:t>
            </w:r>
            <w:proofErr w:type="spellEnd"/>
            <w:r w:rsidRPr="002D5A19">
              <w:rPr>
                <w:lang w:val="ru-RU"/>
              </w:rPr>
              <w:t xml:space="preserve"> с безм</w:t>
            </w:r>
            <w:r w:rsidRPr="002D5A19">
              <w:rPr>
                <w:lang w:val="ru-RU"/>
              </w:rPr>
              <w:t xml:space="preserve">ятежной гранитной статуей Будды — признанным шедевром корейской буддийской скульптуры — и величественный монастырский комплекс </w:t>
            </w:r>
            <w:proofErr w:type="spellStart"/>
            <w:r w:rsidRPr="002D5A19">
              <w:rPr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t xml:space="preserve"> с его знаменитыми парными каменными пагодами, служащий средоточием культуры эпохи Силла с </w:t>
            </w:r>
            <w:r>
              <w:t>VIII</w:t>
            </w:r>
            <w:r w:rsidRPr="002D5A19">
              <w:rPr>
                <w:lang w:val="ru-RU"/>
              </w:rPr>
              <w:t xml:space="preserve"> века.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Соккурам</w:t>
            </w:r>
            <w:proofErr w:type="spellEnd"/>
            <w:r w:rsidRPr="002D5A19">
              <w:rPr>
                <w:lang w:val="ru-RU"/>
              </w:rPr>
              <w:br/>
              <w:t>Стату</w:t>
            </w:r>
            <w:r w:rsidRPr="002D5A19">
              <w:rPr>
                <w:lang w:val="ru-RU"/>
              </w:rPr>
              <w:t xml:space="preserve">я Будды в этом небольшом храме в искусственном гроте считается самой изящной во Всей Корее! Расположен грот на склоне горы </w:t>
            </w:r>
            <w:proofErr w:type="spellStart"/>
            <w:r w:rsidRPr="002D5A19">
              <w:rPr>
                <w:lang w:val="ru-RU"/>
              </w:rPr>
              <w:t>Тхохамсан</w:t>
            </w:r>
            <w:proofErr w:type="spellEnd"/>
            <w:r w:rsidRPr="002D5A19">
              <w:rPr>
                <w:lang w:val="ru-RU"/>
              </w:rPr>
              <w:t xml:space="preserve">, куда ведет извилистый серпантин горной дороги. Прогулка до храма по горному лесу от стоянки занимает около 15-20 минут; в </w:t>
            </w:r>
            <w:r w:rsidRPr="002D5A19">
              <w:rPr>
                <w:lang w:val="ru-RU"/>
              </w:rPr>
              <w:t xml:space="preserve">зависимости от погоды, нас ждет либо таинственный туманный ландшафт (туманы на этой горе - не редкость), либо захватывающие виды с высоты птичьего полета на тысячелетний </w:t>
            </w:r>
            <w:proofErr w:type="spellStart"/>
            <w:r w:rsidRPr="002D5A19">
              <w:rPr>
                <w:lang w:val="ru-RU"/>
              </w:rPr>
              <w:t>Кёнчжу</w:t>
            </w:r>
            <w:proofErr w:type="spellEnd"/>
            <w:r w:rsidRPr="002D5A19">
              <w:rPr>
                <w:lang w:val="ru-RU"/>
              </w:rPr>
              <w:t xml:space="preserve">. В </w:t>
            </w:r>
            <w:proofErr w:type="spellStart"/>
            <w:r w:rsidRPr="002D5A19">
              <w:rPr>
                <w:lang w:val="ru-RU"/>
              </w:rPr>
              <w:t>гротте</w:t>
            </w:r>
            <w:proofErr w:type="spellEnd"/>
            <w:r w:rsidRPr="002D5A19">
              <w:rPr>
                <w:lang w:val="ru-RU"/>
              </w:rPr>
              <w:t xml:space="preserve">, который формально является эрмитажем храма </w:t>
            </w:r>
            <w:proofErr w:type="spellStart"/>
            <w:r w:rsidRPr="002D5A19">
              <w:rPr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t>, расположенного</w:t>
            </w:r>
            <w:r w:rsidRPr="002D5A19">
              <w:rPr>
                <w:lang w:val="ru-RU"/>
              </w:rPr>
              <w:t xml:space="preserve"> ниже по склону, главенствующее положение занимает та самая статуя Будды, сидящего в позе лотоса на пьедестале в форме лотоса же. Вокруг него на разной высоте расположены барельефы и статуи бодхисаттв, архатов, Индры и Брахмы, Четырех небесных королей. В с</w:t>
            </w:r>
            <w:r w:rsidRPr="002D5A19">
              <w:rPr>
                <w:lang w:val="ru-RU"/>
              </w:rPr>
              <w:t xml:space="preserve">лучае согласия группы мы можем спуститься по склону горы до самого храма </w:t>
            </w:r>
            <w:proofErr w:type="spellStart"/>
            <w:r w:rsidRPr="002D5A19">
              <w:rPr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t>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br/>
              <w:t>Главный буддийский храм Объединенного Силла, он и сейчас является местом паломничество многочисленных гостей Кореи. Построен храм был в 774 году под руководств</w:t>
            </w:r>
            <w:r w:rsidRPr="002D5A19">
              <w:rPr>
                <w:lang w:val="ru-RU"/>
              </w:rPr>
              <w:t xml:space="preserve">ом премьера государства Силла Ким </w:t>
            </w:r>
            <w:proofErr w:type="spellStart"/>
            <w:r w:rsidRPr="002D5A19">
              <w:rPr>
                <w:lang w:val="ru-RU"/>
              </w:rPr>
              <w:t>Тэсона</w:t>
            </w:r>
            <w:proofErr w:type="spellEnd"/>
            <w:r w:rsidRPr="002D5A19">
              <w:rPr>
                <w:lang w:val="ru-RU"/>
              </w:rPr>
              <w:t xml:space="preserve">. Легенда гласит, что </w:t>
            </w:r>
            <w:proofErr w:type="spellStart"/>
            <w:r w:rsidRPr="002D5A19">
              <w:rPr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t xml:space="preserve"> был посвящен родителям действующего, так сказать, Ким </w:t>
            </w:r>
            <w:proofErr w:type="spellStart"/>
            <w:r w:rsidRPr="002D5A19">
              <w:rPr>
                <w:lang w:val="ru-RU"/>
              </w:rPr>
              <w:t>Тэсона</w:t>
            </w:r>
            <w:proofErr w:type="spellEnd"/>
            <w:r w:rsidRPr="002D5A19">
              <w:rPr>
                <w:lang w:val="ru-RU"/>
              </w:rPr>
              <w:t xml:space="preserve">. В то время как </w:t>
            </w:r>
            <w:proofErr w:type="spellStart"/>
            <w:r w:rsidRPr="002D5A19">
              <w:rPr>
                <w:lang w:val="ru-RU"/>
              </w:rPr>
              <w:t>Соккурам</w:t>
            </w:r>
            <w:proofErr w:type="spellEnd"/>
            <w:r w:rsidRPr="002D5A19">
              <w:rPr>
                <w:lang w:val="ru-RU"/>
              </w:rPr>
              <w:t xml:space="preserve">, храм-эрмитаж при </w:t>
            </w:r>
            <w:proofErr w:type="spellStart"/>
            <w:r w:rsidRPr="002D5A19">
              <w:rPr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t xml:space="preserve">, был предназначен родителям Ким </w:t>
            </w:r>
            <w:proofErr w:type="spellStart"/>
            <w:r w:rsidRPr="002D5A19">
              <w:rPr>
                <w:lang w:val="ru-RU"/>
              </w:rPr>
              <w:t>Тэсона</w:t>
            </w:r>
            <w:proofErr w:type="spellEnd"/>
            <w:r w:rsidRPr="002D5A19">
              <w:rPr>
                <w:lang w:val="ru-RU"/>
              </w:rPr>
              <w:t xml:space="preserve"> из предыдущих его перерождений.</w:t>
            </w:r>
            <w:r w:rsidRPr="002D5A19">
              <w:rPr>
                <w:lang w:val="ru-RU"/>
              </w:rPr>
              <w:t xml:space="preserve"> В 1995 году </w:t>
            </w:r>
            <w:proofErr w:type="spellStart"/>
            <w:r w:rsidRPr="002D5A19">
              <w:rPr>
                <w:lang w:val="ru-RU"/>
              </w:rPr>
              <w:t>Пульгукса</w:t>
            </w:r>
            <w:proofErr w:type="spellEnd"/>
            <w:r w:rsidRPr="002D5A19">
              <w:rPr>
                <w:lang w:val="ru-RU"/>
              </w:rPr>
              <w:t xml:space="preserve"> и </w:t>
            </w:r>
            <w:proofErr w:type="spellStart"/>
            <w:r w:rsidRPr="002D5A19">
              <w:rPr>
                <w:lang w:val="ru-RU"/>
              </w:rPr>
              <w:t>Соккурам</w:t>
            </w:r>
            <w:proofErr w:type="spellEnd"/>
            <w:r w:rsidRPr="002D5A19">
              <w:rPr>
                <w:lang w:val="ru-RU"/>
              </w:rPr>
              <w:t xml:space="preserve"> были внесены в списки Всемирного наследия ЮНЕСКО.</w:t>
            </w:r>
          </w:p>
        </w:tc>
      </w:tr>
      <w:tr w:rsidR="00827D95" w:rsidRPr="002D5A19" w14:paraId="7A8FF630" w14:textId="77777777">
        <w:tc>
          <w:tcPr>
            <w:tcW w:w="1701" w:type="dxa"/>
          </w:tcPr>
          <w:p w14:paraId="472BAC61" w14:textId="77777777" w:rsidR="00827D95" w:rsidRDefault="00C36425">
            <w:r>
              <w:rPr>
                <w:b/>
                <w:color w:val="1B3A4B"/>
              </w:rPr>
              <w:t>15:00</w:t>
            </w:r>
          </w:p>
        </w:tc>
        <w:tc>
          <w:tcPr>
            <w:tcW w:w="7937" w:type="dxa"/>
          </w:tcPr>
          <w:p w14:paraId="7180F04F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 xml:space="preserve">Мечты о китах (петроглифы </w:t>
            </w:r>
            <w:proofErr w:type="spellStart"/>
            <w:r w:rsidRPr="002D5A19">
              <w:rPr>
                <w:b/>
                <w:lang w:val="ru-RU"/>
              </w:rPr>
              <w:t>Пангудэ</w:t>
            </w:r>
            <w:proofErr w:type="spellEnd"/>
            <w:r w:rsidRPr="002D5A19">
              <w:rPr>
                <w:b/>
                <w:lang w:val="ru-RU"/>
              </w:rPr>
              <w:t>)</w:t>
            </w:r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4.00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О чем мечтали люди в каменном веке? В Корее, в бывшей столице китобоев, Ульсане, мечтали, </w:t>
            </w:r>
            <w:r w:rsidRPr="002D5A19">
              <w:rPr>
                <w:lang w:val="ru-RU"/>
              </w:rPr>
              <w:t xml:space="preserve">судя по всему, о китах. Именно китам посвящена большая часть композиции знаменитой скалы </w:t>
            </w:r>
            <w:proofErr w:type="spellStart"/>
            <w:r w:rsidRPr="002D5A19">
              <w:rPr>
                <w:lang w:val="ru-RU"/>
              </w:rPr>
              <w:t>Пангудэ</w:t>
            </w:r>
            <w:proofErr w:type="spellEnd"/>
            <w:r w:rsidRPr="002D5A19">
              <w:rPr>
                <w:lang w:val="ru-RU"/>
              </w:rPr>
              <w:t>, украшенной наскальными изображениями (петроглифами), хорошо сохранившимися до наших дней.</w:t>
            </w:r>
            <w:r w:rsidRPr="002D5A19">
              <w:rPr>
                <w:lang w:val="ru-RU"/>
              </w:rPr>
              <w:br/>
              <w:t>Если позволит время, мы прогуляемся вдоль живописной речки и до втор</w:t>
            </w:r>
            <w:r w:rsidRPr="002D5A19">
              <w:rPr>
                <w:lang w:val="ru-RU"/>
              </w:rPr>
              <w:t>ой (</w:t>
            </w:r>
            <w:proofErr w:type="spellStart"/>
            <w:r w:rsidRPr="002D5A19">
              <w:rPr>
                <w:lang w:val="ru-RU"/>
              </w:rPr>
              <w:t>хронологичеки</w:t>
            </w:r>
            <w:proofErr w:type="spellEnd"/>
            <w:r w:rsidRPr="002D5A19">
              <w:rPr>
                <w:lang w:val="ru-RU"/>
              </w:rPr>
              <w:t xml:space="preserve"> - первой) скалы с петроглифами - в районе деревни </w:t>
            </w:r>
            <w:proofErr w:type="spellStart"/>
            <w:r w:rsidRPr="002D5A19">
              <w:rPr>
                <w:lang w:val="ru-RU"/>
              </w:rPr>
              <w:t>Чхончжон-ри</w:t>
            </w:r>
            <w:proofErr w:type="spellEnd"/>
            <w:r w:rsidRPr="002D5A19">
              <w:rPr>
                <w:lang w:val="ru-RU"/>
              </w:rPr>
              <w:t xml:space="preserve">. Помимо собственно петроглифов, относящихся к эпохе неолита, скала в </w:t>
            </w:r>
            <w:proofErr w:type="spellStart"/>
            <w:r w:rsidRPr="002D5A19">
              <w:rPr>
                <w:lang w:val="ru-RU"/>
              </w:rPr>
              <w:t>Чхончжон-ри</w:t>
            </w:r>
            <w:proofErr w:type="spellEnd"/>
            <w:r w:rsidRPr="002D5A19">
              <w:rPr>
                <w:lang w:val="ru-RU"/>
              </w:rPr>
              <w:t xml:space="preserve"> сохранила любопытную запись эпохи Силла на</w:t>
            </w:r>
            <w:r w:rsidRPr="002D5A19">
              <w:rPr>
                <w:lang w:val="ru-RU"/>
              </w:rPr>
              <w:br/>
            </w:r>
            <w:proofErr w:type="spellStart"/>
            <w:r w:rsidRPr="002D5A19">
              <w:rPr>
                <w:lang w:val="ru-RU"/>
              </w:rPr>
              <w:t>ханмуне</w:t>
            </w:r>
            <w:proofErr w:type="spellEnd"/>
            <w:r w:rsidRPr="002D5A19">
              <w:rPr>
                <w:lang w:val="ru-RU"/>
              </w:rPr>
              <w:br/>
              <w:t>.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lastRenderedPageBreak/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Музей петроглифов Ульсана</w:t>
            </w:r>
            <w:r w:rsidRPr="002D5A19">
              <w:rPr>
                <w:lang w:val="ru-RU"/>
              </w:rPr>
              <w:br/>
              <w:t>Музей петрог</w:t>
            </w:r>
            <w:r w:rsidRPr="002D5A19">
              <w:rPr>
                <w:lang w:val="ru-RU"/>
              </w:rPr>
              <w:t xml:space="preserve">лифов Ульсана уникален: это </w:t>
            </w:r>
            <w:proofErr w:type="spellStart"/>
            <w:r w:rsidRPr="002D5A19">
              <w:rPr>
                <w:lang w:val="ru-RU"/>
              </w:rPr>
              <w:t>единственый</w:t>
            </w:r>
            <w:proofErr w:type="spellEnd"/>
            <w:r w:rsidRPr="002D5A19">
              <w:rPr>
                <w:lang w:val="ru-RU"/>
              </w:rPr>
              <w:t xml:space="preserve"> музей такого рода в Корее. Замысловатая медиа система знакомит посетителей с историей </w:t>
            </w:r>
            <w:proofErr w:type="spellStart"/>
            <w:r w:rsidRPr="002D5A19">
              <w:rPr>
                <w:lang w:val="ru-RU"/>
              </w:rPr>
              <w:t>знамнитых</w:t>
            </w:r>
            <w:proofErr w:type="spellEnd"/>
            <w:r w:rsidRPr="002D5A19">
              <w:rPr>
                <w:lang w:val="ru-RU"/>
              </w:rPr>
              <w:t xml:space="preserve"> петроглифов </w:t>
            </w:r>
            <w:proofErr w:type="spellStart"/>
            <w:r w:rsidRPr="002D5A19">
              <w:rPr>
                <w:lang w:val="ru-RU"/>
              </w:rPr>
              <w:t>Пангудэ</w:t>
            </w:r>
            <w:proofErr w:type="spellEnd"/>
            <w:r w:rsidRPr="002D5A19">
              <w:rPr>
                <w:lang w:val="ru-RU"/>
              </w:rPr>
              <w:t>, и подробно объясняет, что именно изображено на скале, расположенной все лишь в пределах 20-30 минут</w:t>
            </w:r>
            <w:r w:rsidRPr="002D5A19">
              <w:rPr>
                <w:lang w:val="ru-RU"/>
              </w:rPr>
              <w:t xml:space="preserve"> пешего хода от музея. Само здание музея также уникально: по форме это огромный кашалот, один из героев наскальных изображений </w:t>
            </w:r>
            <w:proofErr w:type="spellStart"/>
            <w:r w:rsidRPr="002D5A19">
              <w:rPr>
                <w:lang w:val="ru-RU"/>
              </w:rPr>
              <w:t>Пангудэ</w:t>
            </w:r>
            <w:proofErr w:type="spellEnd"/>
            <w:r w:rsidRPr="002D5A19">
              <w:rPr>
                <w:lang w:val="ru-RU"/>
              </w:rPr>
              <w:t>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Пангудэ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, петроглифы и пейзажи, вдохновляющие художников</w:t>
            </w:r>
            <w:r w:rsidRPr="002D5A19">
              <w:rPr>
                <w:lang w:val="ru-RU"/>
              </w:rPr>
              <w:br/>
              <w:t xml:space="preserve">Петроглифы </w:t>
            </w:r>
            <w:proofErr w:type="spellStart"/>
            <w:r w:rsidRPr="002D5A19">
              <w:rPr>
                <w:lang w:val="ru-RU"/>
              </w:rPr>
              <w:t>Пангудэ</w:t>
            </w:r>
            <w:proofErr w:type="spellEnd"/>
            <w:r w:rsidRPr="002D5A19">
              <w:rPr>
                <w:lang w:val="ru-RU"/>
              </w:rPr>
              <w:t xml:space="preserve"> - старейшие изображения китобойного промыс</w:t>
            </w:r>
            <w:r w:rsidRPr="002D5A19">
              <w:rPr>
                <w:lang w:val="ru-RU"/>
              </w:rPr>
              <w:t>ла в мире. Наскальные рисунки выполнены настолько реалистично, что зоологи могут даже определить по ним вид животных! Киты, леопарды, тигры, кабанчики - всего около 20 видов животных в 300 картинках, вырезанных на скале размером примерно 8 на 5 метров. Дин</w:t>
            </w:r>
            <w:r w:rsidRPr="002D5A19">
              <w:rPr>
                <w:lang w:val="ru-RU"/>
              </w:rPr>
              <w:t xml:space="preserve">озавры здесь тоже </w:t>
            </w:r>
            <w:proofErr w:type="gramStart"/>
            <w:r w:rsidRPr="002D5A19">
              <w:rPr>
                <w:lang w:val="ru-RU"/>
              </w:rPr>
              <w:t>наследили</w:t>
            </w:r>
            <w:proofErr w:type="gramEnd"/>
            <w:r w:rsidRPr="002D5A19">
              <w:rPr>
                <w:lang w:val="ru-RU"/>
              </w:rPr>
              <w:t xml:space="preserve"> но уже непосредственно, своими ножками, так сказать: вдоль живописных берегов реки вы можете найти настоящие следы настоящих динозавров! Скала расположена на берегу живописнейшей реки </w:t>
            </w:r>
            <w:proofErr w:type="spellStart"/>
            <w:r w:rsidRPr="002D5A19">
              <w:rPr>
                <w:lang w:val="ru-RU"/>
              </w:rPr>
              <w:t>Тэгокчхон</w:t>
            </w:r>
            <w:proofErr w:type="spellEnd"/>
            <w:r w:rsidRPr="002D5A19">
              <w:rPr>
                <w:lang w:val="ru-RU"/>
              </w:rPr>
              <w:t xml:space="preserve">, притока р. </w:t>
            </w:r>
            <w:proofErr w:type="spellStart"/>
            <w:r w:rsidRPr="002D5A19">
              <w:rPr>
                <w:lang w:val="ru-RU"/>
              </w:rPr>
              <w:t>Тэхва</w:t>
            </w:r>
            <w:proofErr w:type="spellEnd"/>
            <w:r w:rsidRPr="002D5A19">
              <w:rPr>
                <w:lang w:val="ru-RU"/>
              </w:rPr>
              <w:t>, пленявшей своим</w:t>
            </w:r>
            <w:r w:rsidRPr="002D5A19">
              <w:rPr>
                <w:lang w:val="ru-RU"/>
              </w:rPr>
              <w:t xml:space="preserve">и скалистыми первобытными пейзажами художников, поэтов и знаменитых общественных деятелей не только неолита, но и менее отдаленных эпох - Силла, </w:t>
            </w:r>
            <w:proofErr w:type="spellStart"/>
            <w:r w:rsidRPr="002D5A19">
              <w:rPr>
                <w:lang w:val="ru-RU"/>
              </w:rPr>
              <w:t>Корё</w:t>
            </w:r>
            <w:proofErr w:type="spellEnd"/>
            <w:r w:rsidRPr="002D5A19">
              <w:rPr>
                <w:lang w:val="ru-RU"/>
              </w:rPr>
              <w:t xml:space="preserve"> и Чосон.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Петроглифы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Чхончжон-ри</w:t>
            </w:r>
            <w:proofErr w:type="spellEnd"/>
            <w:r w:rsidRPr="002D5A19">
              <w:rPr>
                <w:lang w:val="ru-RU"/>
              </w:rPr>
              <w:br/>
              <w:t xml:space="preserve">Петроглифы </w:t>
            </w:r>
            <w:proofErr w:type="spellStart"/>
            <w:r w:rsidRPr="002D5A19">
              <w:rPr>
                <w:lang w:val="ru-RU"/>
              </w:rPr>
              <w:t>Чхончжон-ри</w:t>
            </w:r>
            <w:proofErr w:type="spellEnd"/>
            <w:r w:rsidRPr="002D5A19">
              <w:rPr>
                <w:lang w:val="ru-RU"/>
              </w:rPr>
              <w:t xml:space="preserve"> расположены совсем недалеко (</w:t>
            </w:r>
            <w:proofErr w:type="spellStart"/>
            <w:r w:rsidRPr="002D5A19">
              <w:rPr>
                <w:lang w:val="ru-RU"/>
              </w:rPr>
              <w:t>ок</w:t>
            </w:r>
            <w:proofErr w:type="spellEnd"/>
            <w:r w:rsidRPr="002D5A19">
              <w:rPr>
                <w:lang w:val="ru-RU"/>
              </w:rPr>
              <w:t>. 2 км) от петрог</w:t>
            </w:r>
            <w:r w:rsidRPr="002D5A19">
              <w:rPr>
                <w:lang w:val="ru-RU"/>
              </w:rPr>
              <w:t xml:space="preserve">лифов </w:t>
            </w:r>
            <w:proofErr w:type="spellStart"/>
            <w:r w:rsidRPr="002D5A19">
              <w:rPr>
                <w:lang w:val="ru-RU"/>
              </w:rPr>
              <w:t>Пангудэ</w:t>
            </w:r>
            <w:proofErr w:type="spellEnd"/>
            <w:r w:rsidRPr="002D5A19">
              <w:rPr>
                <w:lang w:val="ru-RU"/>
              </w:rPr>
              <w:t xml:space="preserve">. Хронологически, именно их открыла первыми группа исследователей в 1973 году. Помимо собственно петроглифов, относящихся к эпохе неолита, скала сохранила любопытную запись эпохи Силла на </w:t>
            </w:r>
            <w:proofErr w:type="spellStart"/>
            <w:r w:rsidRPr="002D5A19">
              <w:rPr>
                <w:lang w:val="ru-RU"/>
              </w:rPr>
              <w:t>ханмуне</w:t>
            </w:r>
            <w:proofErr w:type="spellEnd"/>
            <w:r w:rsidRPr="002D5A19">
              <w:rPr>
                <w:lang w:val="ru-RU"/>
              </w:rPr>
              <w:t>.</w:t>
            </w:r>
          </w:p>
        </w:tc>
      </w:tr>
      <w:tr w:rsidR="00827D95" w14:paraId="654FD8D7" w14:textId="77777777">
        <w:tc>
          <w:tcPr>
            <w:tcW w:w="1701" w:type="dxa"/>
          </w:tcPr>
          <w:p w14:paraId="7FE49A6D" w14:textId="77777777" w:rsidR="00827D95" w:rsidRDefault="00C36425">
            <w:proofErr w:type="spellStart"/>
            <w:r>
              <w:rPr>
                <w:b/>
                <w:color w:val="1B3A4B"/>
              </w:rPr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000545B5" w14:textId="77777777" w:rsidR="00827D95" w:rsidRDefault="00C36425">
            <w:r>
              <w:t>Busan</w:t>
            </w:r>
          </w:p>
        </w:tc>
      </w:tr>
    </w:tbl>
    <w:p w14:paraId="433E90C4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286FF202" w14:textId="77777777">
        <w:tc>
          <w:tcPr>
            <w:tcW w:w="10080" w:type="dxa"/>
            <w:gridSpan w:val="2"/>
            <w:shd w:val="clear" w:color="auto" w:fill="1B3A4B"/>
          </w:tcPr>
          <w:p w14:paraId="52447CAE" w14:textId="77777777" w:rsidR="00827D95" w:rsidRDefault="00C36425">
            <w:r>
              <w:rPr>
                <w:b/>
                <w:color w:val="FFFFFF"/>
                <w:sz w:val="28"/>
              </w:rPr>
              <w:t>День 6</w:t>
            </w:r>
          </w:p>
        </w:tc>
      </w:tr>
      <w:tr w:rsidR="00827D95" w14:paraId="46A0CDCB" w14:textId="77777777">
        <w:tc>
          <w:tcPr>
            <w:tcW w:w="1701" w:type="dxa"/>
          </w:tcPr>
          <w:p w14:paraId="69A4058D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5475CF5C" w14:textId="77777777" w:rsidR="00827D95" w:rsidRDefault="00C36425">
            <w:r>
              <w:t>March 25, 2027</w:t>
            </w:r>
          </w:p>
        </w:tc>
      </w:tr>
      <w:tr w:rsidR="00827D95" w:rsidRPr="002D5A19" w14:paraId="273F5BFF" w14:textId="77777777">
        <w:tc>
          <w:tcPr>
            <w:tcW w:w="1701" w:type="dxa"/>
          </w:tcPr>
          <w:p w14:paraId="2203C8A1" w14:textId="77777777" w:rsidR="00827D95" w:rsidRDefault="00C36425">
            <w:r>
              <w:rPr>
                <w:b/>
                <w:color w:val="1B3A4B"/>
              </w:rPr>
              <w:t>0</w:t>
            </w:r>
            <w:r>
              <w:rPr>
                <w:b/>
                <w:color w:val="1B3A4B"/>
              </w:rPr>
              <w:t>9:00</w:t>
            </w:r>
          </w:p>
        </w:tc>
        <w:tc>
          <w:tcPr>
            <w:tcW w:w="7937" w:type="dxa"/>
          </w:tcPr>
          <w:p w14:paraId="063480D7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b/>
                <w:lang w:val="ru-RU"/>
              </w:rPr>
              <w:t xml:space="preserve">Пусан: рынок </w:t>
            </w:r>
            <w:proofErr w:type="spellStart"/>
            <w:r w:rsidRPr="002D5A19">
              <w:rPr>
                <w:b/>
                <w:lang w:val="ru-RU"/>
              </w:rPr>
              <w:t>Чагальчхи</w:t>
            </w:r>
            <w:proofErr w:type="spellEnd"/>
            <w:r w:rsidRPr="002D5A19">
              <w:rPr>
                <w:b/>
                <w:lang w:val="ru-RU"/>
              </w:rPr>
              <w:t xml:space="preserve">, деревня </w:t>
            </w:r>
            <w:proofErr w:type="spellStart"/>
            <w:r w:rsidRPr="002D5A19">
              <w:rPr>
                <w:b/>
                <w:lang w:val="ru-RU"/>
              </w:rPr>
              <w:t>Камчхон</w:t>
            </w:r>
            <w:proofErr w:type="spellEnd"/>
            <w:r w:rsidRPr="002D5A19">
              <w:rPr>
                <w:b/>
                <w:lang w:val="ru-RU"/>
              </w:rPr>
              <w:t xml:space="preserve"> и канатная дорога над морем</w:t>
            </w:r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6.00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 xml:space="preserve">Сегодня нам </w:t>
            </w:r>
            <w:proofErr w:type="gramStart"/>
            <w:r w:rsidRPr="002D5A19">
              <w:rPr>
                <w:lang w:val="ru-RU"/>
              </w:rPr>
              <w:t>предстоит</w:t>
            </w:r>
            <w:r>
              <w:t> </w:t>
            </w:r>
            <w:r w:rsidRPr="002D5A19">
              <w:rPr>
                <w:lang w:val="ru-RU"/>
              </w:rPr>
              <w:t xml:space="preserve"> путешествие</w:t>
            </w:r>
            <w:proofErr w:type="gramEnd"/>
            <w:r w:rsidRPr="002D5A19">
              <w:rPr>
                <w:lang w:val="ru-RU"/>
              </w:rPr>
              <w:t xml:space="preserve"> по самому, пожалуй, динамичному мегаполису Южной Кореи. Что же нас ждет в Пусане?</w:t>
            </w:r>
            <w:r w:rsidRPr="002D5A19">
              <w:rPr>
                <w:lang w:val="ru-RU"/>
              </w:rPr>
              <w:br/>
              <w:t>Богатый всевозможными обит</w:t>
            </w:r>
            <w:r w:rsidRPr="002D5A19">
              <w:rPr>
                <w:lang w:val="ru-RU"/>
              </w:rPr>
              <w:t xml:space="preserve">ателями моря, как переработанными, так и вполне себе живыми, рыбный рынок </w:t>
            </w:r>
            <w:proofErr w:type="spellStart"/>
            <w:r w:rsidRPr="002D5A19">
              <w:rPr>
                <w:lang w:val="ru-RU"/>
              </w:rPr>
              <w:t>Чагальчхи</w:t>
            </w:r>
            <w:proofErr w:type="spellEnd"/>
            <w:r w:rsidRPr="002D5A19">
              <w:rPr>
                <w:lang w:val="ru-RU"/>
              </w:rPr>
              <w:t xml:space="preserve">, Культурная деревня </w:t>
            </w:r>
            <w:proofErr w:type="spellStart"/>
            <w:r w:rsidRPr="002D5A19">
              <w:rPr>
                <w:lang w:val="ru-RU"/>
              </w:rPr>
              <w:t>Камчхон</w:t>
            </w:r>
            <w:proofErr w:type="spellEnd"/>
            <w:r w:rsidRPr="002D5A19">
              <w:rPr>
                <w:lang w:val="ru-RU"/>
              </w:rPr>
              <w:t>, обзорная площадка на крыше универмага, канатная дорога над морем! Прекрасный Остров Камелий и место встречи президентов АТЭС-2005.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Алмазный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мост (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Кванан-тэгё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)</w:t>
            </w:r>
            <w:r w:rsidRPr="002D5A19">
              <w:rPr>
                <w:color w:val="555555"/>
                <w:sz w:val="18"/>
                <w:lang w:val="ru-RU"/>
              </w:rPr>
              <w:t xml:space="preserve"> (</w:t>
            </w:r>
            <w:r>
              <w:rPr>
                <w:color w:val="555555"/>
                <w:sz w:val="18"/>
              </w:rPr>
              <w:t>Pass</w:t>
            </w:r>
            <w:r w:rsidRPr="002D5A19">
              <w:rPr>
                <w:color w:val="555555"/>
                <w:sz w:val="18"/>
                <w:lang w:val="ru-RU"/>
              </w:rPr>
              <w:t>-</w:t>
            </w:r>
            <w:r>
              <w:rPr>
                <w:color w:val="555555"/>
                <w:sz w:val="18"/>
              </w:rPr>
              <w:t>by</w:t>
            </w:r>
            <w:r w:rsidRPr="002D5A19">
              <w:rPr>
                <w:color w:val="555555"/>
                <w:sz w:val="18"/>
                <w:lang w:val="ru-RU"/>
              </w:rPr>
              <w:t>)</w:t>
            </w:r>
            <w:r w:rsidRPr="002D5A19">
              <w:rPr>
                <w:lang w:val="ru-RU"/>
              </w:rPr>
              <w:br/>
              <w:t>Один из символов Пусана, т.н. "Алмазный мост" раскинулся над морем. Место проведения, в т.ч., красочного "Фестиваля фейерверков" осенью.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Деревня культуры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Камчхон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в Пусане</w:t>
            </w:r>
            <w:r w:rsidRPr="002D5A19">
              <w:rPr>
                <w:lang w:val="ru-RU"/>
              </w:rPr>
              <w:br/>
              <w:t xml:space="preserve">Живописный район недалеко от центра Пусана. </w:t>
            </w:r>
            <w:r w:rsidRPr="002D5A19">
              <w:rPr>
                <w:lang w:val="ru-RU"/>
              </w:rPr>
              <w:t>Основана беженцами во времена Корейской войны. В настоящее время, благодаря усилиям местных жителей, деятелей искусства и администрации города Пусана, деревня стала настоящей достопримечательностью, с великолепной</w:t>
            </w:r>
            <w:r>
              <w:t> </w:t>
            </w:r>
            <w:r w:rsidRPr="002D5A19">
              <w:rPr>
                <w:lang w:val="ru-RU"/>
              </w:rPr>
              <w:t>граффити, камерными скульптурами, причудли</w:t>
            </w:r>
            <w:r w:rsidRPr="002D5A19">
              <w:rPr>
                <w:lang w:val="ru-RU"/>
              </w:rPr>
              <w:t>вой малоэтажной архитектурой и ласковыми котиками. Очень фотогенично!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Канатная дорога над морем в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Сондо</w:t>
            </w:r>
            <w:proofErr w:type="spellEnd"/>
            <w:r w:rsidRPr="002D5A19">
              <w:rPr>
                <w:lang w:val="ru-RU"/>
              </w:rPr>
              <w:br/>
              <w:t>Захватывающее приключение в кабинке над морем с великолепными видами на морское побережье Пусана.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Рынок морепродуктов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Чагальчхи</w:t>
            </w:r>
            <w:proofErr w:type="spellEnd"/>
            <w:r w:rsidRPr="002D5A19">
              <w:rPr>
                <w:lang w:val="ru-RU"/>
              </w:rPr>
              <w:br/>
              <w:t>Крупнейший в Корее</w:t>
            </w:r>
            <w:r w:rsidRPr="002D5A19">
              <w:rPr>
                <w:lang w:val="ru-RU"/>
              </w:rPr>
              <w:t xml:space="preserve"> рынок морепродуктов, где вы сможете лицезреть всевозможных морских созданий, как из мира растений, так и из мира животных </w:t>
            </w:r>
            <w:r w:rsidRPr="002D5A19">
              <w:rPr>
                <w:lang w:val="ru-RU"/>
              </w:rPr>
              <w:lastRenderedPageBreak/>
              <w:t>(и из пограничных миров тоже!). На рынке можно и вкусно поесть: рыба жареная или сырая, как и морепродукты подается к столу в многочи</w:t>
            </w:r>
            <w:r w:rsidRPr="002D5A19">
              <w:rPr>
                <w:lang w:val="ru-RU"/>
              </w:rPr>
              <w:t xml:space="preserve">сленных ресторанчиках на рынке. Если же вы предпочитаете нечто менее экзотичное, рекомендуем </w:t>
            </w:r>
            <w:proofErr w:type="spellStart"/>
            <w:r w:rsidRPr="002D5A19">
              <w:rPr>
                <w:lang w:val="ru-RU"/>
              </w:rPr>
              <w:t>фуд</w:t>
            </w:r>
            <w:proofErr w:type="spellEnd"/>
            <w:r w:rsidRPr="002D5A19">
              <w:rPr>
                <w:lang w:val="ru-RU"/>
              </w:rPr>
              <w:t>-корт в универмаге Лотте по соседству. С обзорной площадки на универмаге открывается великолепный вид на Пусан с высоты птичьего полета.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Обзорная площадка на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крыше универмага Лотте</w:t>
            </w:r>
            <w:r w:rsidRPr="002D5A19">
              <w:rPr>
                <w:lang w:val="ru-RU"/>
              </w:rPr>
              <w:br/>
              <w:t>Захватывающие виды крупнейшего порта Южной Кореи с крыши расположенного у моря универмага Лотте.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Пляж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Хэундэ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>; остров Камелий</w:t>
            </w:r>
            <w:r w:rsidRPr="002D5A19">
              <w:rPr>
                <w:lang w:val="ru-RU"/>
              </w:rPr>
              <w:br/>
              <w:t>Это место встречи президентов во время саммита АТЭС-2005. Место для встречи они выбрали очень живописное</w:t>
            </w:r>
            <w:r w:rsidRPr="002D5A19">
              <w:rPr>
                <w:lang w:val="ru-RU"/>
              </w:rPr>
              <w:t xml:space="preserve">! Остров расположен на краю пляжа </w:t>
            </w:r>
            <w:proofErr w:type="spellStart"/>
            <w:r w:rsidRPr="002D5A19">
              <w:rPr>
                <w:lang w:val="ru-RU"/>
              </w:rPr>
              <w:t>Хэундэ</w:t>
            </w:r>
            <w:proofErr w:type="spellEnd"/>
            <w:r w:rsidRPr="002D5A19">
              <w:rPr>
                <w:lang w:val="ru-RU"/>
              </w:rPr>
              <w:t>, - пожалуй, лучшего пляжа Пусана!</w:t>
            </w:r>
          </w:p>
        </w:tc>
      </w:tr>
      <w:tr w:rsidR="00827D95" w14:paraId="20449356" w14:textId="77777777">
        <w:tc>
          <w:tcPr>
            <w:tcW w:w="1701" w:type="dxa"/>
          </w:tcPr>
          <w:p w14:paraId="44B91FB3" w14:textId="77777777" w:rsidR="00827D95" w:rsidRDefault="00C36425">
            <w:proofErr w:type="spellStart"/>
            <w:r>
              <w:rPr>
                <w:b/>
                <w:color w:val="1B3A4B"/>
              </w:rPr>
              <w:lastRenderedPageBreak/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0D01FC9C" w14:textId="77777777" w:rsidR="00827D95" w:rsidRDefault="00C36425">
            <w:r>
              <w:t>Busan</w:t>
            </w:r>
          </w:p>
        </w:tc>
      </w:tr>
    </w:tbl>
    <w:p w14:paraId="01D51998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27FA79AC" w14:textId="77777777">
        <w:tc>
          <w:tcPr>
            <w:tcW w:w="10080" w:type="dxa"/>
            <w:gridSpan w:val="2"/>
            <w:shd w:val="clear" w:color="auto" w:fill="1B3A4B"/>
          </w:tcPr>
          <w:p w14:paraId="67439D67" w14:textId="77777777" w:rsidR="00827D95" w:rsidRDefault="00C36425">
            <w:r>
              <w:rPr>
                <w:b/>
                <w:color w:val="FFFFFF"/>
                <w:sz w:val="28"/>
              </w:rPr>
              <w:t>День 7</w:t>
            </w:r>
          </w:p>
        </w:tc>
      </w:tr>
      <w:tr w:rsidR="00827D95" w14:paraId="17F82DFB" w14:textId="77777777">
        <w:tc>
          <w:tcPr>
            <w:tcW w:w="1701" w:type="dxa"/>
          </w:tcPr>
          <w:p w14:paraId="4F1A92A0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4977E77B" w14:textId="77777777" w:rsidR="00827D95" w:rsidRDefault="00C36425">
            <w:r>
              <w:t>March 26, 2027</w:t>
            </w:r>
          </w:p>
        </w:tc>
      </w:tr>
      <w:tr w:rsidR="00827D95" w:rsidRPr="002D5A19" w14:paraId="01A9BE37" w14:textId="77777777">
        <w:tc>
          <w:tcPr>
            <w:tcW w:w="1701" w:type="dxa"/>
          </w:tcPr>
          <w:p w14:paraId="2708B6EC" w14:textId="77777777" w:rsidR="00827D95" w:rsidRDefault="00C36425">
            <w:r>
              <w:rPr>
                <w:b/>
                <w:color w:val="1B3A4B"/>
              </w:rPr>
              <w:t>08:00</w:t>
            </w:r>
          </w:p>
        </w:tc>
        <w:tc>
          <w:tcPr>
            <w:tcW w:w="7937" w:type="dxa"/>
          </w:tcPr>
          <w:p w14:paraId="145E532E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lang w:val="ru-RU"/>
              </w:rPr>
              <w:br/>
              <w:t xml:space="preserve">Выписка из отеля, трансфер в г.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(</w:t>
            </w:r>
            <w:proofErr w:type="spellStart"/>
            <w:r w:rsidRPr="002D5A19">
              <w:rPr>
                <w:lang w:val="ru-RU"/>
              </w:rPr>
              <w:t>ок</w:t>
            </w:r>
            <w:proofErr w:type="spellEnd"/>
            <w:r w:rsidRPr="002D5A19">
              <w:rPr>
                <w:lang w:val="ru-RU"/>
              </w:rPr>
              <w:t>. 3 часов)</w:t>
            </w:r>
          </w:p>
        </w:tc>
      </w:tr>
      <w:tr w:rsidR="00827D95" w:rsidRPr="002D5A19" w14:paraId="258B705E" w14:textId="77777777">
        <w:tc>
          <w:tcPr>
            <w:tcW w:w="1701" w:type="dxa"/>
          </w:tcPr>
          <w:p w14:paraId="67F307CA" w14:textId="77777777" w:rsidR="00827D95" w:rsidRDefault="00C36425">
            <w:r>
              <w:rPr>
                <w:b/>
                <w:color w:val="1B3A4B"/>
              </w:rPr>
              <w:t>11:00</w:t>
            </w:r>
          </w:p>
        </w:tc>
        <w:tc>
          <w:tcPr>
            <w:tcW w:w="7937" w:type="dxa"/>
          </w:tcPr>
          <w:p w14:paraId="717EB8FB" w14:textId="77777777" w:rsidR="00827D95" w:rsidRPr="002D5A19" w:rsidRDefault="00C36425">
            <w:pPr>
              <w:rPr>
                <w:lang w:val="ru-RU"/>
              </w:rPr>
            </w:pPr>
            <w:proofErr w:type="spellStart"/>
            <w:r w:rsidRPr="002D5A19">
              <w:rPr>
                <w:b/>
                <w:lang w:val="ru-RU"/>
              </w:rPr>
              <w:t>Чончжу</w:t>
            </w:r>
            <w:proofErr w:type="spellEnd"/>
            <w:r w:rsidRPr="002D5A19">
              <w:rPr>
                <w:b/>
                <w:lang w:val="ru-RU"/>
              </w:rPr>
              <w:t>: квартал ханок и колыбель династии Чосон</w:t>
            </w:r>
            <w:r w:rsidRPr="002D5A19">
              <w:rPr>
                <w:lang w:val="ru-RU"/>
              </w:rPr>
              <w:br/>
            </w:r>
            <w:r w:rsidRPr="002D5A19">
              <w:rPr>
                <w:color w:val="555555"/>
                <w:lang w:val="ru-RU"/>
              </w:rPr>
              <w:t>Продолжительность: примерно 3.00 часов</w:t>
            </w:r>
            <w:r w:rsidRPr="002D5A19">
              <w:rPr>
                <w:lang w:val="ru-RU"/>
              </w:rPr>
              <w:br/>
            </w:r>
            <w:r w:rsidRPr="002D5A19">
              <w:rPr>
                <w:lang w:val="ru-RU"/>
              </w:rPr>
              <w:br/>
              <w:t>Буквально</w:t>
            </w:r>
            <w:r>
              <w:t> </w:t>
            </w:r>
            <w:r w:rsidRPr="002D5A19">
              <w:rPr>
                <w:lang w:val="ru-RU"/>
              </w:rPr>
              <w:t xml:space="preserve">название города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переводится "полный, совершенный, нетронутый район". Плодородные земли вокруг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издавна были житницей Кореи и предметом посягательств</w:t>
            </w:r>
            <w:r w:rsidRPr="002D5A19">
              <w:rPr>
                <w:lang w:val="ru-RU"/>
              </w:rPr>
              <w:br/>
              <w:t>грабителей</w:t>
            </w:r>
            <w:r w:rsidRPr="002D5A19">
              <w:rPr>
                <w:lang w:val="ru-RU"/>
              </w:rPr>
              <w:br/>
              <w:t>обитателей соседней Японии, а кух</w:t>
            </w:r>
            <w:r w:rsidRPr="002D5A19">
              <w:rPr>
                <w:lang w:val="ru-RU"/>
              </w:rPr>
              <w:t xml:space="preserve">ня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считается одной из самых вкусных в</w:t>
            </w:r>
            <w:r>
              <w:t> </w:t>
            </w:r>
            <w:r w:rsidRPr="002D5A19">
              <w:rPr>
                <w:lang w:val="ru-RU"/>
              </w:rPr>
              <w:t>стране (</w:t>
            </w:r>
            <w:proofErr w:type="spellStart"/>
            <w:r w:rsidRPr="002D5A19">
              <w:rPr>
                <w:lang w:val="ru-RU"/>
              </w:rPr>
              <w:t>пибимпап</w:t>
            </w:r>
            <w:proofErr w:type="spellEnd"/>
            <w:r w:rsidRPr="002D5A19">
              <w:rPr>
                <w:lang w:val="ru-RU"/>
              </w:rPr>
              <w:t xml:space="preserve"> </w:t>
            </w:r>
            <w:proofErr w:type="spellStart"/>
            <w:r w:rsidRPr="002D5A19">
              <w:rPr>
                <w:lang w:val="ru-RU"/>
              </w:rPr>
              <w:t>по-Чончжуски</w:t>
            </w:r>
            <w:proofErr w:type="spellEnd"/>
            <w:r w:rsidRPr="002D5A19">
              <w:rPr>
                <w:lang w:val="ru-RU"/>
              </w:rPr>
              <w:t xml:space="preserve"> - рис, перемешанный с фаршем и овощами - одно из самых узнаваемых блюд в Корее).</w:t>
            </w:r>
            <w:r w:rsidRPr="002D5A19">
              <w:rPr>
                <w:lang w:val="ru-RU"/>
              </w:rPr>
              <w:br/>
              <w:t xml:space="preserve">Давайте спустимся в исторический центр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>; здесь сохранилось много учреждений, связанных с эпохо</w:t>
            </w:r>
            <w:r w:rsidRPr="002D5A19">
              <w:rPr>
                <w:lang w:val="ru-RU"/>
              </w:rPr>
              <w:t>й Чосон, например,</w:t>
            </w:r>
            <w:r w:rsidRPr="002D5A19">
              <w:rPr>
                <w:lang w:val="ru-RU"/>
              </w:rPr>
              <w:br/>
              <w:t xml:space="preserve">святилище </w:t>
            </w:r>
            <w:proofErr w:type="spellStart"/>
            <w:r w:rsidRPr="002D5A19">
              <w:rPr>
                <w:lang w:val="ru-RU"/>
              </w:rPr>
              <w:t>Кёнгичжон</w:t>
            </w:r>
            <w:proofErr w:type="spellEnd"/>
            <w:r w:rsidRPr="002D5A19">
              <w:rPr>
                <w:lang w:val="ru-RU"/>
              </w:rPr>
              <w:br/>
              <w:t xml:space="preserve">, посвященное .... портрету! Портрету Ли </w:t>
            </w:r>
            <w:proofErr w:type="spellStart"/>
            <w:r w:rsidRPr="002D5A19">
              <w:rPr>
                <w:lang w:val="ru-RU"/>
              </w:rPr>
              <w:t>Сонге</w:t>
            </w:r>
            <w:proofErr w:type="spellEnd"/>
            <w:r w:rsidRPr="002D5A19">
              <w:rPr>
                <w:lang w:val="ru-RU"/>
              </w:rPr>
              <w:t>, уже знакомого нам основателя династии Ли/Чосон.</w:t>
            </w:r>
            <w:r w:rsidRPr="002D5A19">
              <w:rPr>
                <w:lang w:val="ru-RU"/>
              </w:rPr>
              <w:br/>
              <w:t xml:space="preserve">Маршрут (содержание и последовательность может незначительно меняться): </w:t>
            </w:r>
            <w:proofErr w:type="spellStart"/>
            <w:r w:rsidRPr="002D5A19">
              <w:rPr>
                <w:lang w:val="ru-RU"/>
              </w:rPr>
              <w:t>Омоктэ</w:t>
            </w:r>
            <w:proofErr w:type="spellEnd"/>
            <w:r w:rsidRPr="002D5A19">
              <w:rPr>
                <w:lang w:val="ru-RU"/>
              </w:rPr>
              <w:t xml:space="preserve"> - </w:t>
            </w:r>
            <w:proofErr w:type="spellStart"/>
            <w:r w:rsidRPr="002D5A19">
              <w:rPr>
                <w:lang w:val="ru-RU"/>
              </w:rPr>
              <w:t>Имоктэ</w:t>
            </w:r>
            <w:proofErr w:type="spellEnd"/>
            <w:r w:rsidRPr="002D5A19">
              <w:rPr>
                <w:lang w:val="ru-RU"/>
              </w:rPr>
              <w:t xml:space="preserve"> - деревня граффити </w:t>
            </w:r>
            <w:proofErr w:type="spellStart"/>
            <w:r w:rsidRPr="002D5A19">
              <w:rPr>
                <w:lang w:val="ru-RU"/>
              </w:rPr>
              <w:t>Чаман</w:t>
            </w:r>
            <w:proofErr w:type="spellEnd"/>
            <w:r w:rsidRPr="002D5A19">
              <w:rPr>
                <w:lang w:val="ru-RU"/>
              </w:rPr>
              <w:t xml:space="preserve"> - крепос</w:t>
            </w:r>
            <w:r w:rsidRPr="002D5A19">
              <w:rPr>
                <w:lang w:val="ru-RU"/>
              </w:rPr>
              <w:t xml:space="preserve">тные ворота </w:t>
            </w:r>
            <w:proofErr w:type="spellStart"/>
            <w:r w:rsidRPr="002D5A19">
              <w:rPr>
                <w:lang w:val="ru-RU"/>
              </w:rPr>
              <w:t>Пхуннаммун</w:t>
            </w:r>
            <w:proofErr w:type="spellEnd"/>
            <w:r w:rsidRPr="002D5A19">
              <w:rPr>
                <w:lang w:val="ru-RU"/>
              </w:rPr>
              <w:t xml:space="preserve"> - католический собор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- святилище </w:t>
            </w:r>
            <w:proofErr w:type="spellStart"/>
            <w:r w:rsidRPr="002D5A19">
              <w:rPr>
                <w:lang w:val="ru-RU"/>
              </w:rPr>
              <w:t>Кёнгичжон</w:t>
            </w:r>
            <w:proofErr w:type="spellEnd"/>
            <w:r w:rsidRPr="002D5A19">
              <w:rPr>
                <w:lang w:val="ru-RU"/>
              </w:rPr>
              <w:t xml:space="preserve"> - самостоятельная прогулка по деревне традиционных домов ханок.</w:t>
            </w:r>
            <w:r w:rsidRPr="002D5A19">
              <w:rPr>
                <w:lang w:val="ru-RU"/>
              </w:rPr>
              <w:br/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Омоктэ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-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Имоктэ</w:t>
            </w:r>
            <w:proofErr w:type="spellEnd"/>
            <w:r w:rsidRPr="002D5A19">
              <w:rPr>
                <w:lang w:val="ru-RU"/>
              </w:rPr>
              <w:br/>
              <w:t>В 1380 году будущий основатель государства Утренней свежести (Чосон), а в то время - генерал на слу</w:t>
            </w:r>
            <w:r w:rsidRPr="002D5A19">
              <w:rPr>
                <w:lang w:val="ru-RU"/>
              </w:rPr>
              <w:t xml:space="preserve">жбе у </w:t>
            </w:r>
            <w:proofErr w:type="spellStart"/>
            <w:r w:rsidRPr="002D5A19">
              <w:rPr>
                <w:lang w:val="ru-RU"/>
              </w:rPr>
              <w:t>корёского</w:t>
            </w:r>
            <w:proofErr w:type="spellEnd"/>
            <w:r w:rsidRPr="002D5A19">
              <w:rPr>
                <w:lang w:val="ru-RU"/>
              </w:rPr>
              <w:t xml:space="preserve"> </w:t>
            </w:r>
            <w:proofErr w:type="spellStart"/>
            <w:r w:rsidRPr="002D5A19">
              <w:rPr>
                <w:lang w:val="ru-RU"/>
              </w:rPr>
              <w:t>вана</w:t>
            </w:r>
            <w:proofErr w:type="spellEnd"/>
            <w:r w:rsidRPr="002D5A19">
              <w:rPr>
                <w:lang w:val="ru-RU"/>
              </w:rPr>
              <w:t xml:space="preserve"> Ли </w:t>
            </w:r>
            <w:proofErr w:type="spellStart"/>
            <w:r w:rsidRPr="002D5A19">
              <w:rPr>
                <w:lang w:val="ru-RU"/>
              </w:rPr>
              <w:t>Сонге</w:t>
            </w:r>
            <w:proofErr w:type="spellEnd"/>
            <w:r w:rsidRPr="002D5A19">
              <w:rPr>
                <w:lang w:val="ru-RU"/>
              </w:rPr>
              <w:t>,</w:t>
            </w:r>
            <w:r>
              <w:t> </w:t>
            </w:r>
            <w:r w:rsidRPr="002D5A19">
              <w:rPr>
                <w:lang w:val="ru-RU"/>
              </w:rPr>
              <w:t xml:space="preserve">устроил банкет в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в честь победы над японскими разбойниками,</w:t>
            </w:r>
            <w:r>
              <w:t> </w:t>
            </w:r>
            <w:r w:rsidRPr="002D5A19">
              <w:rPr>
                <w:lang w:val="ru-RU"/>
              </w:rPr>
              <w:t xml:space="preserve">бесчинствовавшими в </w:t>
            </w:r>
            <w:proofErr w:type="spellStart"/>
            <w:r w:rsidRPr="002D5A19">
              <w:rPr>
                <w:lang w:val="ru-RU"/>
              </w:rPr>
              <w:t>Корё</w:t>
            </w:r>
            <w:proofErr w:type="spellEnd"/>
            <w:r w:rsidRPr="002D5A19">
              <w:rPr>
                <w:lang w:val="ru-RU"/>
              </w:rPr>
              <w:t xml:space="preserve">. Место банкета - Павильон </w:t>
            </w:r>
            <w:proofErr w:type="spellStart"/>
            <w:r w:rsidRPr="002D5A19">
              <w:rPr>
                <w:lang w:val="ru-RU"/>
              </w:rPr>
              <w:t>павлонии</w:t>
            </w:r>
            <w:proofErr w:type="spellEnd"/>
            <w:r w:rsidRPr="002D5A19">
              <w:rPr>
                <w:lang w:val="ru-RU"/>
              </w:rPr>
              <w:t xml:space="preserve"> </w:t>
            </w:r>
            <w:proofErr w:type="spellStart"/>
            <w:proofErr w:type="gramStart"/>
            <w:r w:rsidRPr="002D5A19">
              <w:rPr>
                <w:lang w:val="ru-RU"/>
              </w:rPr>
              <w:t>Омоктэ</w:t>
            </w:r>
            <w:proofErr w:type="spellEnd"/>
            <w:r w:rsidRPr="002D5A19">
              <w:rPr>
                <w:lang w:val="ru-RU"/>
              </w:rPr>
              <w:t xml:space="preserve"> ;</w:t>
            </w:r>
            <w:proofErr w:type="gramEnd"/>
            <w:r w:rsidRPr="002D5A19">
              <w:rPr>
                <w:lang w:val="ru-RU"/>
              </w:rPr>
              <w:t xml:space="preserve"> отсюда открывается вид сверху на</w:t>
            </w:r>
            <w:r>
              <w:t> </w:t>
            </w:r>
            <w:r w:rsidRPr="002D5A19">
              <w:rPr>
                <w:lang w:val="ru-RU"/>
              </w:rPr>
              <w:t>район корейских</w:t>
            </w:r>
            <w:r>
              <w:t> </w:t>
            </w:r>
            <w:r w:rsidRPr="002D5A19">
              <w:rPr>
                <w:lang w:val="ru-RU"/>
              </w:rPr>
              <w:t xml:space="preserve">домов с черепичными крышами -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хан</w:t>
            </w:r>
            <w:r w:rsidRPr="002D5A19">
              <w:rPr>
                <w:lang w:val="ru-RU"/>
              </w:rPr>
              <w:t xml:space="preserve">ок </w:t>
            </w:r>
            <w:proofErr w:type="spellStart"/>
            <w:r w:rsidRPr="002D5A19">
              <w:rPr>
                <w:lang w:val="ru-RU"/>
              </w:rPr>
              <w:t>маыль</w:t>
            </w:r>
            <w:proofErr w:type="spellEnd"/>
            <w:r w:rsidRPr="002D5A19">
              <w:rPr>
                <w:lang w:val="ru-RU"/>
              </w:rPr>
              <w:t xml:space="preserve"> . </w:t>
            </w:r>
            <w:proofErr w:type="spellStart"/>
            <w:r w:rsidRPr="002D5A19">
              <w:rPr>
                <w:lang w:val="ru-RU"/>
              </w:rPr>
              <w:t>Омоктэ</w:t>
            </w:r>
            <w:proofErr w:type="spellEnd"/>
            <w:r w:rsidRPr="002D5A19">
              <w:rPr>
                <w:lang w:val="ru-RU"/>
              </w:rPr>
              <w:t xml:space="preserve"> находится совсем недалеко от памятной Грушевой стелы </w:t>
            </w:r>
            <w:proofErr w:type="spellStart"/>
            <w:r w:rsidRPr="002D5A19">
              <w:rPr>
                <w:lang w:val="ru-RU"/>
              </w:rPr>
              <w:t>Имоктэ</w:t>
            </w:r>
            <w:proofErr w:type="spellEnd"/>
            <w:r w:rsidRPr="002D5A19">
              <w:rPr>
                <w:lang w:val="ru-RU"/>
              </w:rPr>
              <w:t xml:space="preserve"> (</w:t>
            </w:r>
            <w:proofErr w:type="spellStart"/>
            <w:r>
              <w:t>梨木臺</w:t>
            </w:r>
            <w:proofErr w:type="spellEnd"/>
            <w:r w:rsidRPr="002D5A19">
              <w:rPr>
                <w:lang w:val="ru-RU"/>
              </w:rPr>
              <w:t xml:space="preserve">) , обозначающей символически место рождения 5-го предка Ли </w:t>
            </w:r>
            <w:proofErr w:type="spellStart"/>
            <w:r w:rsidRPr="002D5A19">
              <w:rPr>
                <w:lang w:val="ru-RU"/>
              </w:rPr>
              <w:t>Сонге</w:t>
            </w:r>
            <w:proofErr w:type="spellEnd"/>
            <w:r w:rsidRPr="002D5A19">
              <w:rPr>
                <w:lang w:val="ru-RU"/>
              </w:rPr>
              <w:t xml:space="preserve">, Ли </w:t>
            </w:r>
            <w:proofErr w:type="spellStart"/>
            <w:r w:rsidRPr="002D5A19">
              <w:rPr>
                <w:lang w:val="ru-RU"/>
              </w:rPr>
              <w:t>Анса</w:t>
            </w:r>
            <w:proofErr w:type="spellEnd"/>
            <w:r w:rsidRPr="002D5A19">
              <w:rPr>
                <w:lang w:val="ru-RU"/>
              </w:rPr>
              <w:t>; на</w:t>
            </w:r>
            <w:r>
              <w:t> </w:t>
            </w:r>
            <w:r w:rsidRPr="002D5A19">
              <w:rPr>
                <w:lang w:val="ru-RU"/>
              </w:rPr>
              <w:t xml:space="preserve">стеле сохранилась надпись, сделанная собственноручно императором </w:t>
            </w:r>
            <w:proofErr w:type="spellStart"/>
            <w:r w:rsidRPr="002D5A19">
              <w:rPr>
                <w:lang w:val="ru-RU"/>
              </w:rPr>
              <w:t>Кочжоном</w:t>
            </w:r>
            <w:proofErr w:type="spellEnd"/>
            <w:r w:rsidRPr="002D5A19">
              <w:rPr>
                <w:lang w:val="ru-RU"/>
              </w:rPr>
              <w:t xml:space="preserve"> в 1900 г.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Район гр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аффити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Чаман</w:t>
            </w:r>
            <w:proofErr w:type="spellEnd"/>
            <w:r w:rsidRPr="002D5A19">
              <w:rPr>
                <w:b/>
                <w:color w:val="F4B942"/>
                <w:sz w:val="20"/>
                <w:lang w:val="ru-RU"/>
              </w:rPr>
              <w:t xml:space="preserve"> в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br/>
            </w:r>
            <w:proofErr w:type="spellStart"/>
            <w:r w:rsidRPr="002D5A19">
              <w:rPr>
                <w:lang w:val="ru-RU"/>
              </w:rPr>
              <w:t>Имоктэ</w:t>
            </w:r>
            <w:proofErr w:type="spellEnd"/>
            <w:r w:rsidRPr="002D5A19">
              <w:rPr>
                <w:lang w:val="ru-RU"/>
              </w:rPr>
              <w:t xml:space="preserve"> находится в небольшом районе, получившем название Деревня граффити </w:t>
            </w:r>
            <w:proofErr w:type="spellStart"/>
            <w:r w:rsidRPr="002D5A19">
              <w:rPr>
                <w:lang w:val="ru-RU"/>
              </w:rPr>
              <w:t>Чаман</w:t>
            </w:r>
            <w:proofErr w:type="spellEnd"/>
            <w:r w:rsidRPr="002D5A19">
              <w:rPr>
                <w:lang w:val="ru-RU"/>
              </w:rPr>
              <w:t xml:space="preserve"> ; стены домиков здесь расписаны профессионалами и любителями: мир японских </w:t>
            </w:r>
            <w:proofErr w:type="spellStart"/>
            <w:r w:rsidRPr="002D5A19">
              <w:rPr>
                <w:lang w:val="ru-RU"/>
              </w:rPr>
              <w:t>манга</w:t>
            </w:r>
            <w:proofErr w:type="spellEnd"/>
            <w:r w:rsidRPr="002D5A19">
              <w:rPr>
                <w:lang w:val="ru-RU"/>
              </w:rPr>
              <w:t xml:space="preserve"> и корейских </w:t>
            </w:r>
            <w:proofErr w:type="spellStart"/>
            <w:r w:rsidRPr="002D5A19">
              <w:rPr>
                <w:lang w:val="ru-RU"/>
              </w:rPr>
              <w:t>манхва</w:t>
            </w:r>
            <w:proofErr w:type="spellEnd"/>
            <w:r w:rsidRPr="002D5A19">
              <w:rPr>
                <w:lang w:val="ru-RU"/>
              </w:rPr>
              <w:t xml:space="preserve">; корейский алфавит, фантастические, герои диснеевских </w:t>
            </w:r>
            <w:r w:rsidRPr="002D5A19">
              <w:rPr>
                <w:lang w:val="ru-RU"/>
              </w:rPr>
              <w:t xml:space="preserve">мультиков, традиционные корейские </w:t>
            </w:r>
            <w:r w:rsidRPr="002D5A19">
              <w:rPr>
                <w:lang w:val="ru-RU"/>
              </w:rPr>
              <w:lastRenderedPageBreak/>
              <w:t>сюжеты.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Католический собор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Чончжу</w:t>
            </w:r>
            <w:proofErr w:type="spellEnd"/>
            <w:r w:rsidRPr="002D5A19">
              <w:rPr>
                <w:color w:val="555555"/>
                <w:sz w:val="18"/>
                <w:lang w:val="ru-RU"/>
              </w:rPr>
              <w:t xml:space="preserve"> (</w:t>
            </w:r>
            <w:r>
              <w:rPr>
                <w:color w:val="555555"/>
                <w:sz w:val="18"/>
              </w:rPr>
              <w:t>Pass</w:t>
            </w:r>
            <w:r w:rsidRPr="002D5A19">
              <w:rPr>
                <w:color w:val="555555"/>
                <w:sz w:val="18"/>
                <w:lang w:val="ru-RU"/>
              </w:rPr>
              <w:t>-</w:t>
            </w:r>
            <w:r>
              <w:rPr>
                <w:color w:val="555555"/>
                <w:sz w:val="18"/>
              </w:rPr>
              <w:t>by</w:t>
            </w:r>
            <w:r w:rsidRPr="002D5A19">
              <w:rPr>
                <w:color w:val="555555"/>
                <w:sz w:val="18"/>
                <w:lang w:val="ru-RU"/>
              </w:rPr>
              <w:t>)</w:t>
            </w:r>
            <w:r w:rsidRPr="002D5A19">
              <w:rPr>
                <w:lang w:val="ru-RU"/>
              </w:rPr>
              <w:br/>
              <w:t xml:space="preserve">К сожалению, к католичеству конфуцианцы были не очень терпимы. Об этом нам напоминает католический собор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(строился в 1908-1931 гг.), расположенный на месте казней катол</w:t>
            </w:r>
            <w:r w:rsidRPr="002D5A19">
              <w:rPr>
                <w:lang w:val="ru-RU"/>
              </w:rPr>
              <w:t>иков.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Святилище портрета основателя династии Чосон</w:t>
            </w:r>
            <w:r w:rsidRPr="002D5A19">
              <w:rPr>
                <w:lang w:val="ru-RU"/>
              </w:rPr>
              <w:br/>
              <w:t xml:space="preserve">Святилище, в </w:t>
            </w:r>
            <w:proofErr w:type="spellStart"/>
            <w:r w:rsidRPr="002D5A19">
              <w:rPr>
                <w:lang w:val="ru-RU"/>
              </w:rPr>
              <w:t>котром</w:t>
            </w:r>
            <w:proofErr w:type="spellEnd"/>
            <w:r w:rsidRPr="002D5A19">
              <w:rPr>
                <w:lang w:val="ru-RU"/>
              </w:rPr>
              <w:t xml:space="preserve"> хранится</w:t>
            </w:r>
            <w:r>
              <w:t> </w:t>
            </w:r>
            <w:r w:rsidRPr="002D5A19">
              <w:rPr>
                <w:lang w:val="ru-RU"/>
              </w:rPr>
              <w:t xml:space="preserve">портрет основателя династии Чосон короля </w:t>
            </w:r>
            <w:proofErr w:type="spellStart"/>
            <w:r w:rsidRPr="002D5A19">
              <w:rPr>
                <w:lang w:val="ru-RU"/>
              </w:rPr>
              <w:t>Тхэчжо</w:t>
            </w:r>
            <w:proofErr w:type="spellEnd"/>
            <w:r w:rsidRPr="002D5A19">
              <w:rPr>
                <w:lang w:val="ru-RU"/>
              </w:rPr>
              <w:t xml:space="preserve"> (Ли </w:t>
            </w:r>
            <w:proofErr w:type="spellStart"/>
            <w:r w:rsidRPr="002D5A19">
              <w:rPr>
                <w:lang w:val="ru-RU"/>
              </w:rPr>
              <w:t>Сонге</w:t>
            </w:r>
            <w:proofErr w:type="spellEnd"/>
            <w:r w:rsidRPr="002D5A19">
              <w:rPr>
                <w:lang w:val="ru-RU"/>
              </w:rPr>
              <w:t>). Обширный комплекс строений, включающий непосредственно само святилище, государственный архив саго, музей, место з</w:t>
            </w:r>
            <w:r w:rsidRPr="002D5A19">
              <w:rPr>
                <w:lang w:val="ru-RU"/>
              </w:rPr>
              <w:t xml:space="preserve">ахоронения плаценты короля </w:t>
            </w:r>
            <w:proofErr w:type="spellStart"/>
            <w:r w:rsidRPr="002D5A19">
              <w:rPr>
                <w:lang w:val="ru-RU"/>
              </w:rPr>
              <w:t>Йечжона</w:t>
            </w:r>
            <w:proofErr w:type="spellEnd"/>
            <w:r w:rsidRPr="002D5A19">
              <w:rPr>
                <w:lang w:val="ru-RU"/>
              </w:rPr>
              <w:t xml:space="preserve">, комплекс вспомогательных строений. Зачем и кто делал портреты королей, что такое исторический архив, зачем хоронить королевскую плаценту - мы постараемся найти ответы на эти вопросы в </w:t>
            </w:r>
            <w:proofErr w:type="spellStart"/>
            <w:r w:rsidRPr="002D5A19">
              <w:rPr>
                <w:lang w:val="ru-RU"/>
              </w:rPr>
              <w:t>Кёнгичжоне</w:t>
            </w:r>
            <w:proofErr w:type="spellEnd"/>
            <w:r w:rsidRPr="002D5A19">
              <w:rPr>
                <w:lang w:val="ru-RU"/>
              </w:rPr>
              <w:t>.</w:t>
            </w:r>
            <w:r w:rsidRPr="002D5A19">
              <w:rPr>
                <w:b/>
                <w:color w:val="F4B942"/>
                <w:sz w:val="20"/>
                <w:lang w:val="ru-RU"/>
              </w:rPr>
              <w:br/>
            </w:r>
            <w:r>
              <w:rPr>
                <w:b/>
                <w:color w:val="F4B942"/>
                <w:sz w:val="20"/>
              </w:rPr>
              <w:t>📍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 Район традиционных ко</w:t>
            </w:r>
            <w:r w:rsidRPr="002D5A19">
              <w:rPr>
                <w:b/>
                <w:color w:val="F4B942"/>
                <w:sz w:val="20"/>
                <w:lang w:val="ru-RU"/>
              </w:rPr>
              <w:t xml:space="preserve">рейских домов в </w:t>
            </w:r>
            <w:proofErr w:type="spellStart"/>
            <w:r w:rsidRPr="002D5A19">
              <w:rPr>
                <w:b/>
                <w:color w:val="F4B942"/>
                <w:sz w:val="20"/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br/>
              <w:t xml:space="preserve">В самом историческом центре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вы окажетесь в сказочной атмосфере. Традиционные корейские дома ханок с черепичными крышами украшают романтические</w:t>
            </w:r>
            <w:r>
              <w:t> </w:t>
            </w:r>
            <w:r w:rsidRPr="002D5A19">
              <w:rPr>
                <w:lang w:val="ru-RU"/>
              </w:rPr>
              <w:t>узкие улочки. Здесь каждый дом – уникальный шедевр архитектуры, отражающий богатств</w:t>
            </w:r>
            <w:r w:rsidRPr="002D5A19">
              <w:rPr>
                <w:lang w:val="ru-RU"/>
              </w:rPr>
              <w:t>о и глубину корейской истории. Прогуливаясь по этим улочкам, вы заметите, как каждый дом сливается с окружающей природой и создает гармоничный образ. Вы увидите маленькие сады с цветами, ухоженные дворики, а также традиционные элементы декора, которые восс</w:t>
            </w:r>
            <w:r w:rsidRPr="002D5A19">
              <w:rPr>
                <w:lang w:val="ru-RU"/>
              </w:rPr>
              <w:t>оздают атмосферу древности, а порой, наоборот, напоминают нам о современных тенденциях в дизайне. В последнее время у корейцев и гостей Страны утренней свежести</w:t>
            </w:r>
            <w:r>
              <w:t> </w:t>
            </w:r>
            <w:r w:rsidRPr="002D5A19">
              <w:rPr>
                <w:lang w:val="ru-RU"/>
              </w:rPr>
              <w:t xml:space="preserve">стало модно брать в аренду стилизованные костюмы - традиционные </w:t>
            </w:r>
            <w:proofErr w:type="spellStart"/>
            <w:proofErr w:type="gramStart"/>
            <w:r w:rsidRPr="002D5A19">
              <w:rPr>
                <w:lang w:val="ru-RU"/>
              </w:rPr>
              <w:t>ханбок</w:t>
            </w:r>
            <w:proofErr w:type="spellEnd"/>
            <w:r w:rsidRPr="002D5A19">
              <w:rPr>
                <w:lang w:val="ru-RU"/>
              </w:rPr>
              <w:t xml:space="preserve"> ,</w:t>
            </w:r>
            <w:proofErr w:type="gramEnd"/>
            <w:r w:rsidRPr="002D5A19">
              <w:rPr>
                <w:lang w:val="ru-RU"/>
              </w:rPr>
              <w:t xml:space="preserve"> либо европейские костю</w:t>
            </w:r>
            <w:r w:rsidRPr="002D5A19">
              <w:rPr>
                <w:lang w:val="ru-RU"/>
              </w:rPr>
              <w:t xml:space="preserve">мы более близкой нам эпохи первой половины 20-го века. В </w:t>
            </w:r>
            <w:proofErr w:type="spellStart"/>
            <w:r w:rsidRPr="002D5A19">
              <w:rPr>
                <w:lang w:val="ru-RU"/>
              </w:rPr>
              <w:t>Чончжу</w:t>
            </w:r>
            <w:proofErr w:type="spellEnd"/>
            <w:r w:rsidRPr="002D5A19">
              <w:rPr>
                <w:lang w:val="ru-RU"/>
              </w:rPr>
              <w:t xml:space="preserve"> вы увидите много таких парочек, либо семей, выглядящих экзотично на фоне исторических зданий и традиционных домов ханок ...</w:t>
            </w:r>
          </w:p>
        </w:tc>
      </w:tr>
      <w:tr w:rsidR="00827D95" w:rsidRPr="002D5A19" w14:paraId="0D3BE11A" w14:textId="77777777">
        <w:tc>
          <w:tcPr>
            <w:tcW w:w="1701" w:type="dxa"/>
          </w:tcPr>
          <w:p w14:paraId="7162914C" w14:textId="77777777" w:rsidR="00827D95" w:rsidRPr="002D5A19" w:rsidRDefault="00827D95">
            <w:pPr>
              <w:rPr>
                <w:lang w:val="ru-RU"/>
              </w:rPr>
            </w:pPr>
          </w:p>
        </w:tc>
        <w:tc>
          <w:tcPr>
            <w:tcW w:w="7937" w:type="dxa"/>
          </w:tcPr>
          <w:p w14:paraId="6D6D17ED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lang w:val="ru-RU"/>
              </w:rPr>
              <w:br/>
              <w:t>трансфер в Сеул (</w:t>
            </w:r>
            <w:proofErr w:type="spellStart"/>
            <w:r w:rsidRPr="002D5A19">
              <w:rPr>
                <w:lang w:val="ru-RU"/>
              </w:rPr>
              <w:t>ок</w:t>
            </w:r>
            <w:proofErr w:type="spellEnd"/>
            <w:r w:rsidRPr="002D5A19">
              <w:rPr>
                <w:lang w:val="ru-RU"/>
              </w:rPr>
              <w:t>. 3 часов)</w:t>
            </w:r>
          </w:p>
        </w:tc>
      </w:tr>
      <w:tr w:rsidR="00827D95" w14:paraId="44B1AEDC" w14:textId="77777777">
        <w:tc>
          <w:tcPr>
            <w:tcW w:w="1701" w:type="dxa"/>
          </w:tcPr>
          <w:p w14:paraId="4D375B9D" w14:textId="77777777" w:rsidR="00827D95" w:rsidRDefault="00C36425">
            <w:proofErr w:type="spellStart"/>
            <w:r>
              <w:rPr>
                <w:b/>
                <w:color w:val="1B3A4B"/>
              </w:rPr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5FC28693" w14:textId="77777777" w:rsidR="00827D95" w:rsidRDefault="00C36425">
            <w:r>
              <w:t>Seoul</w:t>
            </w:r>
          </w:p>
        </w:tc>
      </w:tr>
    </w:tbl>
    <w:p w14:paraId="6F8E189E" w14:textId="77777777" w:rsidR="00827D95" w:rsidRDefault="00827D95"/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379"/>
      </w:tblGrid>
      <w:tr w:rsidR="00827D95" w14:paraId="4D73AD74" w14:textId="77777777">
        <w:tc>
          <w:tcPr>
            <w:tcW w:w="10080" w:type="dxa"/>
            <w:gridSpan w:val="2"/>
            <w:shd w:val="clear" w:color="auto" w:fill="1B3A4B"/>
          </w:tcPr>
          <w:p w14:paraId="3953586A" w14:textId="77777777" w:rsidR="00827D95" w:rsidRDefault="00C36425">
            <w:r>
              <w:rPr>
                <w:b/>
                <w:color w:val="FFFFFF"/>
                <w:sz w:val="28"/>
              </w:rPr>
              <w:t>День 8</w:t>
            </w:r>
          </w:p>
        </w:tc>
      </w:tr>
      <w:tr w:rsidR="00827D95" w14:paraId="604376AF" w14:textId="77777777">
        <w:tc>
          <w:tcPr>
            <w:tcW w:w="1701" w:type="dxa"/>
          </w:tcPr>
          <w:p w14:paraId="69D217E6" w14:textId="77777777" w:rsidR="00827D95" w:rsidRDefault="00C36425">
            <w:r>
              <w:rPr>
                <w:b/>
              </w:rPr>
              <w:t>дата</w:t>
            </w:r>
          </w:p>
        </w:tc>
        <w:tc>
          <w:tcPr>
            <w:tcW w:w="7937" w:type="dxa"/>
          </w:tcPr>
          <w:p w14:paraId="3BEBCDD0" w14:textId="77777777" w:rsidR="00827D95" w:rsidRDefault="00C36425">
            <w:r>
              <w:t>March 27, 2027</w:t>
            </w:r>
          </w:p>
        </w:tc>
      </w:tr>
      <w:tr w:rsidR="00827D95" w14:paraId="216FE6BB" w14:textId="77777777">
        <w:tc>
          <w:tcPr>
            <w:tcW w:w="1701" w:type="dxa"/>
          </w:tcPr>
          <w:p w14:paraId="172CF46A" w14:textId="77777777" w:rsidR="00827D95" w:rsidRDefault="00827D95"/>
        </w:tc>
        <w:tc>
          <w:tcPr>
            <w:tcW w:w="7937" w:type="dxa"/>
          </w:tcPr>
          <w:p w14:paraId="32A93C02" w14:textId="77777777" w:rsidR="00827D95" w:rsidRDefault="00C36425">
            <w:r>
              <w:t>Свободный день</w:t>
            </w:r>
          </w:p>
        </w:tc>
      </w:tr>
      <w:tr w:rsidR="00827D95" w14:paraId="2347C066" w14:textId="77777777">
        <w:tc>
          <w:tcPr>
            <w:tcW w:w="1701" w:type="dxa"/>
          </w:tcPr>
          <w:p w14:paraId="5CF34AC8" w14:textId="77777777" w:rsidR="00827D95" w:rsidRDefault="00827D95"/>
        </w:tc>
        <w:tc>
          <w:tcPr>
            <w:tcW w:w="7937" w:type="dxa"/>
          </w:tcPr>
          <w:p w14:paraId="7C88B2FE" w14:textId="77777777" w:rsidR="00827D95" w:rsidRDefault="00C36425">
            <w:r w:rsidRPr="002D5A19">
              <w:rPr>
                <w:lang w:val="ru-RU"/>
              </w:rPr>
              <w:br/>
              <w:t xml:space="preserve">Групповой трансфер (без сопровождения гида) включён в программу. </w:t>
            </w:r>
            <w:proofErr w:type="spellStart"/>
            <w:r>
              <w:t>Корейскоговорящий</w:t>
            </w:r>
            <w:proofErr w:type="spellEnd"/>
            <w:r>
              <w:t xml:space="preserve"> </w:t>
            </w:r>
            <w:proofErr w:type="spellStart"/>
            <w:r>
              <w:t>водитель</w:t>
            </w:r>
            <w:proofErr w:type="spellEnd"/>
            <w:r>
              <w:t xml:space="preserve"> </w:t>
            </w:r>
            <w:proofErr w:type="spellStart"/>
            <w:r>
              <w:t>будет</w:t>
            </w:r>
            <w:proofErr w:type="spellEnd"/>
            <w:r>
              <w:t xml:space="preserve"> </w:t>
            </w:r>
            <w:proofErr w:type="spellStart"/>
            <w:r>
              <w:t>ждать</w:t>
            </w:r>
            <w:proofErr w:type="spellEnd"/>
            <w:r>
              <w:t xml:space="preserve"> гостей в отеле.</w:t>
            </w:r>
          </w:p>
        </w:tc>
      </w:tr>
      <w:tr w:rsidR="00827D95" w:rsidRPr="002D5A19" w14:paraId="5BEAC3C8" w14:textId="77777777">
        <w:tc>
          <w:tcPr>
            <w:tcW w:w="1701" w:type="dxa"/>
          </w:tcPr>
          <w:p w14:paraId="12ACC1EE" w14:textId="77777777" w:rsidR="00827D95" w:rsidRDefault="00827D95"/>
        </w:tc>
        <w:tc>
          <w:tcPr>
            <w:tcW w:w="7937" w:type="dxa"/>
          </w:tcPr>
          <w:p w14:paraId="089875C5" w14:textId="77777777" w:rsidR="00827D95" w:rsidRPr="002D5A19" w:rsidRDefault="00C36425">
            <w:pPr>
              <w:rPr>
                <w:lang w:val="ru-RU"/>
              </w:rPr>
            </w:pPr>
            <w:r w:rsidRPr="002D5A19">
              <w:rPr>
                <w:lang w:val="ru-RU"/>
              </w:rPr>
              <w:br/>
              <w:t xml:space="preserve">Вы можете продлить ваше пребывание в Корее после официального окончания тура. По запросу мы можем </w:t>
            </w:r>
            <w:r w:rsidRPr="002D5A19">
              <w:rPr>
                <w:lang w:val="ru-RU"/>
              </w:rPr>
              <w:t>помочь с бронированием дополнительных ночей в отеле после окончания тура.</w:t>
            </w:r>
          </w:p>
        </w:tc>
      </w:tr>
      <w:tr w:rsidR="00827D95" w14:paraId="0AED302E" w14:textId="77777777">
        <w:tc>
          <w:tcPr>
            <w:tcW w:w="1701" w:type="dxa"/>
          </w:tcPr>
          <w:p w14:paraId="5865B8DB" w14:textId="77777777" w:rsidR="00827D95" w:rsidRDefault="00C36425">
            <w:proofErr w:type="spellStart"/>
            <w:r>
              <w:rPr>
                <w:b/>
                <w:color w:val="1B3A4B"/>
              </w:rPr>
              <w:t>Ночь</w:t>
            </w:r>
            <w:proofErr w:type="spellEnd"/>
            <w:r>
              <w:rPr>
                <w:b/>
                <w:color w:val="1B3A4B"/>
              </w:rPr>
              <w:t xml:space="preserve"> в</w:t>
            </w:r>
          </w:p>
        </w:tc>
        <w:tc>
          <w:tcPr>
            <w:tcW w:w="7937" w:type="dxa"/>
          </w:tcPr>
          <w:p w14:paraId="5171844C" w14:textId="77777777" w:rsidR="00827D95" w:rsidRDefault="00C36425">
            <w:r>
              <w:t>Seoul</w:t>
            </w:r>
          </w:p>
        </w:tc>
      </w:tr>
    </w:tbl>
    <w:p w14:paraId="485DFCA6" w14:textId="77777777" w:rsidR="00827D95" w:rsidRDefault="00827D95"/>
    <w:p w14:paraId="58B23F06" w14:textId="77777777" w:rsidR="00827D95" w:rsidRDefault="00C36425">
      <w:pPr>
        <w:pStyle w:val="31"/>
      </w:pPr>
      <w:r>
        <w:t>Отправление</w:t>
      </w:r>
    </w:p>
    <w:p w14:paraId="74BBD2F9" w14:textId="1D552C22" w:rsidR="00827D95" w:rsidRDefault="00C36425">
      <w:r>
        <w:t>March 27, 2027</w:t>
      </w:r>
    </w:p>
    <w:sectPr w:rsidR="00827D95" w:rsidSect="002D5A19">
      <w:pgSz w:w="12240" w:h="15840"/>
      <w:pgMar w:top="284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F0CDFF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5A19"/>
    <w:rsid w:val="00326F90"/>
    <w:rsid w:val="00827D95"/>
    <w:rsid w:val="00AA1D8D"/>
    <w:rsid w:val="00B47730"/>
    <w:rsid w:val="00C3642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79151"/>
  <w14:defaultImageDpi w14:val="300"/>
  <w15:docId w15:val="{D02AC9B7-EEF0-4578-B6D7-7FE1D186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3484</Words>
  <Characters>19859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Radchenko</cp:lastModifiedBy>
  <cp:revision>2</cp:revision>
  <dcterms:created xsi:type="dcterms:W3CDTF">2026-08-05T17:17:00Z</dcterms:created>
  <dcterms:modified xsi:type="dcterms:W3CDTF">2026-08-05T17:17:00Z</dcterms:modified>
  <cp:category/>
</cp:coreProperties>
</file>